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AB796D" w:rsidR="00AB796D" w:rsidP="00AB796D" w:rsidRDefault="00B803C0" w14:paraId="235CDC83" w14:textId="77777777">
      <w:pPr>
        <w:ind w:right="-574"/>
        <w:jc w:val="center"/>
        <w:rPr>
          <w:rFonts w:ascii="Trebuchet MS" w:hAnsi="Trebuchet MS" w:cs="Trebuchet MS"/>
          <w:b/>
          <w:bCs/>
          <w:color w:val="000000"/>
          <w:sz w:val="20"/>
          <w:szCs w:val="20"/>
        </w:rPr>
      </w:pPr>
      <w:r w:rsidRPr="00AB796D">
        <w:rPr>
          <w:rFonts w:ascii="Trebuchet MS" w:hAnsi="Trebuchet MS" w:cs="Trebuchet MS"/>
          <w:b/>
          <w:bCs/>
          <w:color w:val="000000"/>
          <w:sz w:val="20"/>
          <w:szCs w:val="20"/>
        </w:rPr>
        <w:t>MODULO PER LA COMUNICAZIONE DEGLI ESTREMI DEL CONTO CORRENTE DEDICATO</w:t>
      </w:r>
      <w:r w:rsidRPr="00AB796D">
        <w:rPr>
          <w:rFonts w:ascii="Trebuchet MS" w:hAnsi="Trebuchet MS" w:cs="Trebuchet MS"/>
          <w:b/>
          <w:bCs/>
          <w:color w:val="000000"/>
          <w:sz w:val="20"/>
          <w:szCs w:val="20"/>
        </w:rPr>
        <w:br/>
      </w:r>
      <w:r w:rsidRPr="00AB796D">
        <w:rPr>
          <w:rFonts w:ascii="Trebuchet MS" w:hAnsi="Trebuchet MS" w:cs="Trebuchet MS"/>
          <w:b/>
          <w:bCs/>
          <w:color w:val="000000"/>
          <w:sz w:val="20"/>
          <w:szCs w:val="20"/>
        </w:rPr>
        <w:t>DA COMPILARE AI SENSI DELLA LEGGE N. 136 DEL 13 AGOSTO 2010 ART. 3</w:t>
      </w:r>
    </w:p>
    <w:p w:rsidRPr="00AB796D" w:rsidR="00AB796D" w:rsidP="00AB796D" w:rsidRDefault="00B803C0" w14:paraId="4DEB244B" w14:textId="1103D586">
      <w:pPr>
        <w:spacing w:after="0"/>
        <w:ind w:left="-567" w:right="-574"/>
        <w:jc w:val="both"/>
        <w:rPr>
          <w:rFonts w:ascii="Trebuchet MS" w:hAnsi="Trebuchet MS" w:cs="Trebuchet MS"/>
          <w:b/>
          <w:bCs/>
          <w:color w:val="000000"/>
          <w:sz w:val="20"/>
          <w:szCs w:val="20"/>
        </w:rPr>
      </w:pPr>
      <w:r w:rsidRPr="00AB796D">
        <w:rPr>
          <w:rFonts w:ascii="Trebuchet MS" w:hAnsi="Trebuchet MS" w:cs="Trebuchet MS"/>
          <w:color w:val="000000"/>
          <w:sz w:val="18"/>
          <w:szCs w:val="18"/>
        </w:rPr>
        <w:t>Il</w:t>
      </w:r>
      <w:r w:rsidR="00A07153">
        <w:rPr>
          <w:rFonts w:ascii="Trebuchet MS" w:hAnsi="Trebuchet MS" w:cs="Trebuchet MS"/>
          <w:color w:val="000000"/>
          <w:sz w:val="18"/>
          <w:szCs w:val="18"/>
        </w:rPr>
        <w:t>/la</w:t>
      </w:r>
      <w:r w:rsidRPr="00AB796D">
        <w:rPr>
          <w:rFonts w:ascii="Trebuchet MS" w:hAnsi="Trebuchet MS" w:cs="Trebuchet MS"/>
          <w:color w:val="000000"/>
          <w:sz w:val="18"/>
          <w:szCs w:val="18"/>
        </w:rPr>
        <w:t xml:space="preserve"> sottoscritto/a ______________________________ nato/a a ______________________________</w:t>
      </w:r>
      <w:r w:rsidRPr="00AB796D">
        <w:rPr>
          <w:rFonts w:ascii="Trebuchet MS" w:hAnsi="Trebuchet MS" w:cs="Trebuchet MS"/>
          <w:color w:val="000000"/>
          <w:sz w:val="18"/>
          <w:szCs w:val="18"/>
        </w:rPr>
        <w:br/>
      </w:r>
      <w:r w:rsidRPr="00AB796D">
        <w:rPr>
          <w:rFonts w:ascii="Trebuchet MS" w:hAnsi="Trebuchet MS" w:cs="Trebuchet MS"/>
          <w:color w:val="000000"/>
          <w:sz w:val="18"/>
          <w:szCs w:val="18"/>
        </w:rPr>
        <w:t>il __________ residente a ______________________________ via ______________________________ n. ___ CAP __________ codice fiscale ______________________________ in qualità di:</w:t>
      </w:r>
    </w:p>
    <w:p w:rsidRPr="00AB796D" w:rsidR="00B803C0" w:rsidP="00AB796D" w:rsidRDefault="00B803C0" w14:paraId="1C34C4D5" w14:textId="01F5CDF7">
      <w:pPr>
        <w:spacing w:after="0"/>
        <w:ind w:left="-567" w:right="-574"/>
        <w:jc w:val="both"/>
        <w:rPr>
          <w:rFonts w:ascii="Trebuchet MS" w:hAnsi="Trebuchet MS" w:cs="Trebuchet MS"/>
          <w:b/>
          <w:bCs/>
          <w:color w:val="000000"/>
          <w:sz w:val="18"/>
          <w:szCs w:val="18"/>
        </w:rPr>
      </w:pPr>
      <w:r w:rsidRPr="00AB796D">
        <w:rPr>
          <w:rFonts w:ascii="Trebuchet MS" w:hAnsi="Trebuchet MS" w:cs="Trebuchet MS"/>
          <w:color w:val="000000"/>
          <w:sz w:val="18"/>
          <w:szCs w:val="18"/>
        </w:rPr>
        <w:br/>
      </w:r>
      <w:r w:rsidRPr="00AB796D">
        <w:rPr>
          <w:rFonts w:ascii="Segoe UI Symbol" w:hAnsi="Segoe UI Symbol" w:cs="Segoe UI Symbol"/>
          <w:color w:val="000000"/>
          <w:sz w:val="18"/>
          <w:szCs w:val="18"/>
        </w:rPr>
        <w:t>☐</w:t>
      </w:r>
      <w:r w:rsidRPr="00AB796D">
        <w:rPr>
          <w:rFonts w:ascii="Trebuchet MS" w:hAnsi="Trebuchet MS" w:cs="Trebuchet MS"/>
          <w:color w:val="000000"/>
          <w:sz w:val="18"/>
          <w:szCs w:val="18"/>
        </w:rPr>
        <w:t xml:space="preserve"> titolare</w:t>
      </w:r>
    </w:p>
    <w:p w:rsidRPr="00AB796D" w:rsidR="00B803C0" w:rsidP="00AB796D" w:rsidRDefault="00B803C0" w14:paraId="2DEA51B5" w14:textId="77777777">
      <w:pPr>
        <w:spacing w:after="0" w:line="240" w:lineRule="auto"/>
        <w:ind w:left="-567" w:right="-574"/>
        <w:jc w:val="both"/>
        <w:rPr>
          <w:rFonts w:ascii="Trebuchet MS" w:hAnsi="Trebuchet MS" w:cs="Trebuchet MS"/>
          <w:color w:val="000000"/>
          <w:sz w:val="18"/>
          <w:szCs w:val="18"/>
        </w:rPr>
      </w:pPr>
      <w:r w:rsidRPr="00AB796D">
        <w:rPr>
          <w:rFonts w:ascii="Segoe UI Symbol" w:hAnsi="Segoe UI Symbol" w:cs="Segoe UI Symbol"/>
          <w:color w:val="000000"/>
          <w:sz w:val="18"/>
          <w:szCs w:val="18"/>
        </w:rPr>
        <w:t>☐</w:t>
      </w:r>
      <w:r w:rsidRPr="00AB796D">
        <w:rPr>
          <w:rFonts w:ascii="Trebuchet MS" w:hAnsi="Trebuchet MS" w:cs="Trebuchet MS"/>
          <w:color w:val="000000"/>
          <w:sz w:val="18"/>
          <w:szCs w:val="18"/>
        </w:rPr>
        <w:t xml:space="preserve"> legale rappresentante</w:t>
      </w:r>
    </w:p>
    <w:p w:rsidRPr="00AB796D" w:rsidR="00B803C0" w:rsidP="00AB796D" w:rsidRDefault="00B803C0" w14:paraId="6E459E89" w14:textId="114D512B">
      <w:pPr>
        <w:spacing w:after="0" w:line="240" w:lineRule="auto"/>
        <w:ind w:left="-567" w:right="-574"/>
        <w:jc w:val="both"/>
        <w:rPr>
          <w:rFonts w:ascii="Trebuchet MS" w:hAnsi="Trebuchet MS" w:cs="Trebuchet MS"/>
          <w:color w:val="000000"/>
          <w:sz w:val="18"/>
          <w:szCs w:val="18"/>
        </w:rPr>
      </w:pPr>
      <w:r w:rsidRPr="00AB796D">
        <w:rPr>
          <w:rFonts w:ascii="Segoe UI Symbol" w:hAnsi="Segoe UI Symbol" w:cs="Segoe UI Symbol"/>
          <w:color w:val="000000"/>
          <w:sz w:val="18"/>
          <w:szCs w:val="18"/>
        </w:rPr>
        <w:t>☐</w:t>
      </w:r>
      <w:r w:rsidRPr="00AB796D">
        <w:rPr>
          <w:rFonts w:ascii="Trebuchet MS" w:hAnsi="Trebuchet MS" w:cs="Trebuchet MS"/>
          <w:color w:val="000000"/>
          <w:sz w:val="18"/>
          <w:szCs w:val="18"/>
        </w:rPr>
        <w:t xml:space="preserve"> procuratore, come da procura n. __________ in data __________</w:t>
      </w:r>
    </w:p>
    <w:p w:rsidRPr="00AB796D" w:rsidR="00B803C0" w:rsidP="00B803C0" w:rsidRDefault="00B803C0" w14:paraId="7991C574" w14:textId="027C2736">
      <w:pPr>
        <w:spacing w:after="0"/>
        <w:ind w:left="-567" w:right="-574"/>
        <w:jc w:val="both"/>
        <w:rPr>
          <w:rFonts w:ascii="Trebuchet MS" w:hAnsi="Trebuchet MS" w:cs="Trebuchet MS"/>
          <w:color w:val="000000"/>
          <w:sz w:val="18"/>
          <w:szCs w:val="18"/>
        </w:rPr>
      </w:pPr>
      <w:r w:rsidRPr="00AB796D">
        <w:rPr>
          <w:rFonts w:ascii="Trebuchet MS" w:hAnsi="Trebuchet MS" w:cs="Trebuchet MS"/>
          <w:color w:val="000000"/>
          <w:sz w:val="18"/>
          <w:szCs w:val="18"/>
        </w:rPr>
        <w:br/>
      </w:r>
      <w:r w:rsidRPr="00AB796D">
        <w:rPr>
          <w:rFonts w:ascii="Trebuchet MS" w:hAnsi="Trebuchet MS" w:cs="Trebuchet MS"/>
          <w:color w:val="000000"/>
          <w:sz w:val="18"/>
          <w:szCs w:val="18"/>
        </w:rPr>
        <w:t>della Società/Cooperativa _____________________________________________________________________</w:t>
      </w:r>
      <w:r w:rsidRPr="00AB796D">
        <w:rPr>
          <w:rFonts w:ascii="Trebuchet MS" w:hAnsi="Trebuchet MS" w:cs="Trebuchet MS"/>
          <w:color w:val="000000"/>
          <w:sz w:val="18"/>
          <w:szCs w:val="18"/>
        </w:rPr>
        <w:br/>
      </w:r>
      <w:r w:rsidRPr="00AB796D">
        <w:rPr>
          <w:rFonts w:ascii="Trebuchet MS" w:hAnsi="Trebuchet MS" w:cs="Trebuchet MS"/>
          <w:i/>
          <w:iCs/>
          <w:color w:val="000000"/>
          <w:sz w:val="16"/>
          <w:szCs w:val="16"/>
        </w:rPr>
        <w:t xml:space="preserve">                                                       </w:t>
      </w:r>
      <w:r w:rsidRPr="00AB796D" w:rsidR="00AB796D">
        <w:rPr>
          <w:rFonts w:ascii="Trebuchet MS" w:hAnsi="Trebuchet MS" w:cs="Trebuchet MS"/>
          <w:i/>
          <w:iCs/>
          <w:color w:val="000000"/>
          <w:sz w:val="16"/>
          <w:szCs w:val="16"/>
        </w:rPr>
        <w:t xml:space="preserve">              </w:t>
      </w:r>
      <w:r w:rsidRPr="00AB796D">
        <w:rPr>
          <w:rFonts w:ascii="Trebuchet MS" w:hAnsi="Trebuchet MS" w:cs="Trebuchet MS"/>
          <w:i/>
          <w:iCs/>
          <w:color w:val="000000"/>
          <w:sz w:val="16"/>
          <w:szCs w:val="16"/>
        </w:rPr>
        <w:t xml:space="preserve">  (indicare l'esatta denominazione comprensiva della forma giuridica)</w:t>
      </w:r>
      <w:r w:rsidRPr="00AB796D">
        <w:rPr>
          <w:rFonts w:ascii="Trebuchet MS" w:hAnsi="Trebuchet MS" w:cs="Trebuchet MS"/>
          <w:i/>
          <w:iCs/>
          <w:color w:val="000000"/>
          <w:sz w:val="18"/>
          <w:szCs w:val="18"/>
        </w:rPr>
        <w:br/>
      </w:r>
      <w:r w:rsidRPr="00AB796D">
        <w:rPr>
          <w:rFonts w:ascii="Trebuchet MS" w:hAnsi="Trebuchet MS" w:cs="Trebuchet MS"/>
          <w:color w:val="000000"/>
          <w:sz w:val="18"/>
          <w:szCs w:val="18"/>
        </w:rPr>
        <w:br/>
      </w:r>
      <w:r w:rsidRPr="00AB796D">
        <w:rPr>
          <w:rFonts w:ascii="Trebuchet MS" w:hAnsi="Trebuchet MS" w:cs="Trebuchet MS"/>
          <w:color w:val="000000"/>
          <w:sz w:val="18"/>
          <w:szCs w:val="18"/>
        </w:rPr>
        <w:t>con sede in ______________________________ via ______________________________ n. ___</w:t>
      </w:r>
      <w:r w:rsidRPr="00AB796D">
        <w:rPr>
          <w:rFonts w:ascii="Trebuchet MS" w:hAnsi="Trebuchet MS" w:cs="Trebuchet MS"/>
          <w:color w:val="000000"/>
          <w:sz w:val="18"/>
          <w:szCs w:val="18"/>
        </w:rPr>
        <w:br/>
      </w:r>
      <w:r w:rsidRPr="00AB796D">
        <w:rPr>
          <w:rFonts w:ascii="Trebuchet MS" w:hAnsi="Trebuchet MS" w:cs="Trebuchet MS"/>
          <w:color w:val="000000"/>
          <w:sz w:val="18"/>
          <w:szCs w:val="18"/>
        </w:rPr>
        <w:t>CAP __________ codice fiscale ______________________ partita IVA ______________________________</w:t>
      </w:r>
      <w:r w:rsidRPr="00AB796D">
        <w:rPr>
          <w:rFonts w:ascii="Trebuchet MS" w:hAnsi="Trebuchet MS" w:cs="Trebuchet MS"/>
          <w:color w:val="000000"/>
          <w:sz w:val="18"/>
          <w:szCs w:val="18"/>
        </w:rPr>
        <w:br/>
      </w:r>
      <w:r w:rsidRPr="00AB796D">
        <w:rPr>
          <w:rFonts w:ascii="Trebuchet MS" w:hAnsi="Trebuchet MS" w:cs="Trebuchet MS"/>
          <w:color w:val="000000"/>
          <w:sz w:val="18"/>
          <w:szCs w:val="18"/>
        </w:rPr>
        <w:t>indirizzo mail ______________________________</w:t>
      </w:r>
    </w:p>
    <w:p w:rsidRPr="00AB796D" w:rsidR="00B803C0" w:rsidP="00B803C0" w:rsidRDefault="00B803C0" w14:paraId="4F4663C1" w14:textId="7C11167A">
      <w:pPr>
        <w:ind w:left="-567" w:right="-574"/>
        <w:jc w:val="both"/>
        <w:rPr>
          <w:rFonts w:ascii="Trebuchet MS" w:hAnsi="Trebuchet MS" w:cs="Trebuchet MS"/>
          <w:color w:val="000000"/>
          <w:sz w:val="18"/>
          <w:szCs w:val="18"/>
        </w:rPr>
      </w:pPr>
      <w:r w:rsidRPr="0D094D87" w:rsidR="00B803C0">
        <w:rPr>
          <w:rFonts w:ascii="Trebuchet MS" w:hAnsi="Trebuchet MS" w:cs="Trebuchet MS"/>
          <w:color w:val="000000" w:themeColor="text1" w:themeTint="FF" w:themeShade="FF"/>
          <w:sz w:val="18"/>
          <w:szCs w:val="18"/>
        </w:rPr>
        <w:t>Referente Amministrativo ______________________________ tel. ______________________________</w:t>
      </w:r>
    </w:p>
    <w:p w:rsidR="2AB22AD1" w:rsidP="445B58FE" w:rsidRDefault="2AB22AD1" w14:paraId="6A5F34FE" w14:textId="57A5B44D">
      <w:pPr>
        <w:pStyle w:val="Normale"/>
        <w:suppressLineNumbers w:val="0"/>
        <w:bidi w:val="0"/>
        <w:spacing w:before="0" w:beforeAutospacing="off" w:after="200" w:afterAutospacing="off" w:line="276" w:lineRule="auto"/>
        <w:ind w:left="-567" w:right="-574"/>
        <w:jc w:val="left"/>
        <w:rPr>
          <w:rFonts w:ascii="Trebuchet MS" w:hAnsi="Trebuchet MS" w:cs="Trebuchet MS"/>
          <w:color w:val="auto"/>
          <w:sz w:val="18"/>
          <w:szCs w:val="18"/>
          <w:lang w:val="it-IT"/>
        </w:rPr>
      </w:pPr>
      <w:r w:rsidRPr="445B58FE" w:rsidR="2AB22AD1">
        <w:rPr>
          <w:rFonts w:ascii="Trebuchet MS" w:hAnsi="Trebuchet MS" w:cs="Trebuchet MS"/>
          <w:color w:val="auto"/>
          <w:sz w:val="18"/>
          <w:szCs w:val="18"/>
          <w:lang w:val="it-IT"/>
        </w:rPr>
        <w:t xml:space="preserve">relativamente al contributo concesso </w:t>
      </w:r>
      <w:r w:rsidRPr="445B58FE" w:rsidR="069318AB">
        <w:rPr>
          <w:rFonts w:ascii="Trebuchet MS" w:hAnsi="Trebuchet MS" w:cs="Trebuchet MS"/>
          <w:color w:val="auto"/>
          <w:sz w:val="18"/>
          <w:szCs w:val="18"/>
          <w:lang w:val="it-IT"/>
        </w:rPr>
        <w:t>nell'ambito</w:t>
      </w:r>
      <w:r w:rsidRPr="445B58FE" w:rsidR="2AB22AD1">
        <w:rPr>
          <w:rFonts w:ascii="Trebuchet MS" w:hAnsi="Trebuchet MS" w:cs="Trebuchet MS"/>
          <w:color w:val="auto"/>
          <w:sz w:val="18"/>
          <w:szCs w:val="18"/>
          <w:lang w:val="it-IT"/>
        </w:rPr>
        <w:t xml:space="preserve"> del bando FONDO SOCIALE REGIONALE 2026</w:t>
      </w:r>
    </w:p>
    <w:p w:rsidR="007E61DD" w:rsidP="007E61DD" w:rsidRDefault="00B803C0" w14:paraId="5B6F75BE" w14:textId="172BB12B">
      <w:pPr>
        <w:spacing w:before="240"/>
        <w:ind w:left="-567" w:right="-574"/>
        <w:jc w:val="both"/>
        <w:rPr>
          <w:rFonts w:ascii="Trebuchet MS" w:hAnsi="Trebuchet MS" w:cs="Trebuchet MS"/>
          <w:color w:val="000000"/>
          <w:sz w:val="18"/>
          <w:szCs w:val="18"/>
        </w:rPr>
      </w:pPr>
      <w:r w:rsidRPr="00AB796D">
        <w:rPr>
          <w:rFonts w:ascii="Trebuchet MS" w:hAnsi="Trebuchet MS" w:cs="Trebuchet MS"/>
          <w:color w:val="000000"/>
          <w:sz w:val="18"/>
          <w:szCs w:val="18"/>
          <w:u w:val="single"/>
        </w:rPr>
        <w:t>Consapevole della decadenza dei benefici e delle sanzioni penali previste per il caso di dichiarazioni mendaci o conten</w:t>
      </w:r>
      <w:r w:rsidR="007E61DD">
        <w:rPr>
          <w:rFonts w:ascii="Trebuchet MS" w:hAnsi="Trebuchet MS" w:cs="Trebuchet MS"/>
          <w:color w:val="000000"/>
          <w:sz w:val="18"/>
          <w:szCs w:val="18"/>
          <w:u w:val="single"/>
        </w:rPr>
        <w:t>en</w:t>
      </w:r>
      <w:r w:rsidRPr="00AB796D">
        <w:rPr>
          <w:rFonts w:ascii="Trebuchet MS" w:hAnsi="Trebuchet MS" w:cs="Trebuchet MS"/>
          <w:color w:val="000000"/>
          <w:sz w:val="18"/>
          <w:szCs w:val="18"/>
          <w:u w:val="single"/>
        </w:rPr>
        <w:t>ti dati non più rispondenti a verità, così come stabilito dagli articoli 75 e 7</w:t>
      </w:r>
      <w:r w:rsidR="007E61DD">
        <w:rPr>
          <w:rFonts w:ascii="Trebuchet MS" w:hAnsi="Trebuchet MS" w:cs="Trebuchet MS"/>
          <w:color w:val="000000"/>
          <w:sz w:val="18"/>
          <w:szCs w:val="18"/>
          <w:u w:val="single"/>
        </w:rPr>
        <w:t>6</w:t>
      </w:r>
      <w:r w:rsidRPr="00AB796D">
        <w:rPr>
          <w:rFonts w:ascii="Trebuchet MS" w:hAnsi="Trebuchet MS" w:cs="Trebuchet MS"/>
          <w:color w:val="000000"/>
          <w:sz w:val="18"/>
          <w:szCs w:val="18"/>
          <w:u w:val="single"/>
        </w:rPr>
        <w:t xml:space="preserve"> d.P.R. 445/2000</w:t>
      </w:r>
      <w:r w:rsidRPr="00AB796D">
        <w:rPr>
          <w:rFonts w:ascii="Trebuchet MS" w:hAnsi="Trebuchet MS" w:cs="Trebuchet MS"/>
          <w:color w:val="000000"/>
          <w:sz w:val="18"/>
          <w:szCs w:val="18"/>
        </w:rPr>
        <w:br/>
      </w:r>
      <w:r w:rsidRPr="00AB796D">
        <w:rPr>
          <w:rFonts w:ascii="Trebuchet MS" w:hAnsi="Trebuchet MS" w:cs="Trebuchet MS"/>
          <w:color w:val="000000"/>
          <w:sz w:val="18"/>
          <w:szCs w:val="18"/>
        </w:rPr>
        <w:t xml:space="preserve">                                                                     </w:t>
      </w:r>
      <w:r w:rsidR="007E61DD">
        <w:rPr>
          <w:rFonts w:ascii="Trebuchet MS" w:hAnsi="Trebuchet MS" w:cs="Trebuchet MS"/>
          <w:color w:val="000000"/>
          <w:sz w:val="18"/>
          <w:szCs w:val="18"/>
        </w:rPr>
        <w:t xml:space="preserve">          </w:t>
      </w:r>
    </w:p>
    <w:p w:rsidRPr="00AB796D" w:rsidR="00B803C0" w:rsidP="007E61DD" w:rsidRDefault="00B803C0" w14:paraId="226994C5" w14:textId="7CC759DB">
      <w:pPr>
        <w:spacing w:before="240"/>
        <w:ind w:left="-567" w:right="-574"/>
        <w:jc w:val="center"/>
        <w:rPr>
          <w:rFonts w:ascii="Trebuchet MS" w:hAnsi="Trebuchet MS" w:cs="Trebuchet MS"/>
          <w:color w:val="000000"/>
          <w:sz w:val="18"/>
          <w:szCs w:val="18"/>
          <w:u w:val="single"/>
        </w:rPr>
      </w:pPr>
      <w:r w:rsidRPr="00AB796D">
        <w:rPr>
          <w:rFonts w:ascii="Trebuchet MS" w:hAnsi="Trebuchet MS" w:cs="Trebuchet MS"/>
          <w:color w:val="000000"/>
          <w:sz w:val="18"/>
          <w:szCs w:val="18"/>
        </w:rPr>
        <w:t>DICHIARA</w:t>
      </w:r>
      <w:r w:rsidRPr="00AB796D">
        <w:rPr>
          <w:rFonts w:ascii="Trebuchet MS" w:hAnsi="Trebuchet MS" w:cs="Trebuchet MS"/>
          <w:color w:val="000000"/>
          <w:sz w:val="18"/>
          <w:szCs w:val="18"/>
        </w:rPr>
        <w:br/>
      </w:r>
      <w:r w:rsidRPr="00AB796D">
        <w:rPr>
          <w:rFonts w:ascii="Trebuchet MS" w:hAnsi="Trebuchet MS" w:cs="Trebuchet MS"/>
          <w:color w:val="000000"/>
          <w:sz w:val="18"/>
          <w:szCs w:val="18"/>
        </w:rPr>
        <w:t>in ottemperanza alle disposizioni della legge 13 agosto 2010 n. 136 in materia di tracciabilità dei flussi finanziari, che:</w:t>
      </w:r>
    </w:p>
    <w:p w:rsidRPr="00AB796D" w:rsidR="00B803C0" w:rsidP="00B803C0" w:rsidRDefault="00B803C0" w14:paraId="09AA1C92" w14:textId="5924ECE6">
      <w:pPr>
        <w:pStyle w:val="Paragrafoelenco"/>
        <w:numPr>
          <w:ilvl w:val="0"/>
          <w:numId w:val="19"/>
        </w:numPr>
        <w:ind w:right="-574"/>
        <w:rPr>
          <w:rFonts w:ascii="Trebuchet MS" w:hAnsi="Trebuchet MS" w:cs="Trebuchet MS"/>
          <w:color w:val="000000"/>
          <w:sz w:val="18"/>
          <w:szCs w:val="18"/>
        </w:rPr>
      </w:pPr>
      <w:r w:rsidRPr="00AB796D">
        <w:rPr>
          <w:rFonts w:ascii="Trebuchet MS" w:hAnsi="Trebuchet MS" w:cs="Trebuchet MS"/>
          <w:color w:val="000000"/>
          <w:sz w:val="18"/>
          <w:szCs w:val="18"/>
        </w:rPr>
        <w:t>gli estremi identificativi del conto corrente bancario/postale dedicat</w:t>
      </w:r>
      <w:r w:rsidR="004D2F6E">
        <w:rPr>
          <w:rFonts w:ascii="Trebuchet MS" w:hAnsi="Trebuchet MS" w:cs="Trebuchet MS"/>
          <w:color w:val="000000"/>
          <w:sz w:val="18"/>
          <w:szCs w:val="18"/>
        </w:rPr>
        <w:t>i</w:t>
      </w:r>
      <w:r w:rsidRPr="00AB796D">
        <w:rPr>
          <w:rFonts w:ascii="Trebuchet MS" w:hAnsi="Trebuchet MS" w:cs="Trebuchet MS"/>
          <w:color w:val="000000"/>
          <w:sz w:val="18"/>
          <w:szCs w:val="18"/>
        </w:rPr>
        <w:t>, anche se non in via esclusiva, alle commesse pubbliche nel quale transiteranno tutti I movimenti finanziari relativ</w:t>
      </w:r>
      <w:r w:rsidR="004D2F6E">
        <w:rPr>
          <w:rFonts w:ascii="Trebuchet MS" w:hAnsi="Trebuchet MS" w:cs="Trebuchet MS"/>
          <w:color w:val="000000"/>
          <w:sz w:val="18"/>
          <w:szCs w:val="18"/>
        </w:rPr>
        <w:t>i</w:t>
      </w:r>
      <w:r w:rsidRPr="00AB796D">
        <w:rPr>
          <w:rFonts w:ascii="Trebuchet MS" w:hAnsi="Trebuchet MS" w:cs="Trebuchet MS"/>
          <w:color w:val="000000"/>
          <w:sz w:val="18"/>
          <w:szCs w:val="18"/>
        </w:rPr>
        <w:t xml:space="preserve"> alla gestione del servizio, sono i seguenti:</w:t>
      </w:r>
    </w:p>
    <w:p w:rsidRPr="00AB796D" w:rsidR="00B803C0" w:rsidP="00AB796D" w:rsidRDefault="00B803C0" w14:paraId="2617DE61" w14:textId="77777777">
      <w:pPr>
        <w:pStyle w:val="Paragrafoelenco"/>
        <w:numPr>
          <w:ilvl w:val="0"/>
          <w:numId w:val="20"/>
        </w:numPr>
        <w:spacing w:before="240"/>
        <w:ind w:right="-574"/>
        <w:rPr>
          <w:rFonts w:ascii="Trebuchet MS" w:hAnsi="Trebuchet MS" w:cs="Trebuchet MS"/>
          <w:color w:val="000000"/>
          <w:sz w:val="18"/>
          <w:szCs w:val="18"/>
        </w:rPr>
      </w:pPr>
      <w:r w:rsidRPr="00AB796D">
        <w:rPr>
          <w:rFonts w:ascii="Trebuchet MS" w:hAnsi="Trebuchet MS" w:cs="Trebuchet MS"/>
          <w:color w:val="000000"/>
          <w:sz w:val="18"/>
          <w:szCs w:val="18"/>
        </w:rPr>
        <w:t>conto corrente bancario codice IBAN ______________________________</w:t>
      </w:r>
      <w:r w:rsidRPr="00AB796D">
        <w:rPr>
          <w:rFonts w:ascii="Trebuchet MS" w:hAnsi="Trebuchet MS" w:cs="Trebuchet MS"/>
          <w:color w:val="000000"/>
          <w:sz w:val="18"/>
          <w:szCs w:val="18"/>
        </w:rPr>
        <w:br/>
      </w:r>
      <w:r w:rsidRPr="00AB796D">
        <w:rPr>
          <w:rFonts w:ascii="Trebuchet MS" w:hAnsi="Trebuchet MS" w:cs="Trebuchet MS"/>
          <w:color w:val="000000"/>
          <w:sz w:val="18"/>
          <w:szCs w:val="18"/>
        </w:rPr>
        <w:t>presso la Banca ______________________________</w:t>
      </w:r>
    </w:p>
    <w:p w:rsidRPr="00AB796D" w:rsidR="00AB796D" w:rsidP="00AB796D" w:rsidRDefault="00B803C0" w14:paraId="3DFEB791" w14:textId="6FD5173B">
      <w:pPr>
        <w:pStyle w:val="Paragrafoelenco"/>
        <w:ind w:left="153" w:right="-574"/>
        <w:rPr>
          <w:rFonts w:ascii="Trebuchet MS" w:hAnsi="Trebuchet MS" w:cs="Trebuchet MS"/>
          <w:color w:val="000000"/>
          <w:sz w:val="18"/>
          <w:szCs w:val="18"/>
        </w:rPr>
      </w:pPr>
      <w:r w:rsidRPr="00AB796D">
        <w:rPr>
          <w:rFonts w:ascii="Trebuchet MS" w:hAnsi="Trebuchet MS" w:cs="Trebuchet MS"/>
          <w:i/>
          <w:iCs/>
          <w:color w:val="000000"/>
          <w:sz w:val="18"/>
          <w:szCs w:val="18"/>
        </w:rPr>
        <w:t>oppure</w:t>
      </w:r>
    </w:p>
    <w:p w:rsidRPr="00AB796D" w:rsidR="00AB796D" w:rsidP="00AB796D" w:rsidRDefault="00B803C0" w14:paraId="5ABA6B17" w14:textId="36983943">
      <w:pPr>
        <w:pStyle w:val="Paragrafoelenco"/>
        <w:numPr>
          <w:ilvl w:val="0"/>
          <w:numId w:val="20"/>
        </w:numPr>
        <w:spacing w:before="240"/>
        <w:ind w:right="-574"/>
        <w:rPr>
          <w:rFonts w:ascii="Trebuchet MS" w:hAnsi="Trebuchet MS" w:cs="Trebuchet MS"/>
          <w:color w:val="000000"/>
          <w:sz w:val="18"/>
          <w:szCs w:val="18"/>
        </w:rPr>
      </w:pPr>
      <w:r w:rsidRPr="00AB796D">
        <w:rPr>
          <w:rFonts w:ascii="Trebuchet MS" w:hAnsi="Trebuchet MS" w:cs="Trebuchet MS"/>
          <w:color w:val="000000"/>
          <w:sz w:val="18"/>
          <w:szCs w:val="18"/>
        </w:rPr>
        <w:t>conto corrente postale codice IBAN ______________________________</w:t>
      </w:r>
      <w:r w:rsidRPr="00AB796D">
        <w:rPr>
          <w:rFonts w:ascii="Trebuchet MS" w:hAnsi="Trebuchet MS" w:cs="Trebuchet MS"/>
          <w:color w:val="000000"/>
          <w:sz w:val="18"/>
          <w:szCs w:val="18"/>
        </w:rPr>
        <w:br/>
      </w:r>
      <w:r w:rsidRPr="00AB796D">
        <w:rPr>
          <w:rFonts w:ascii="Trebuchet MS" w:hAnsi="Trebuchet MS" w:cs="Trebuchet MS"/>
          <w:color w:val="000000"/>
          <w:sz w:val="18"/>
          <w:szCs w:val="18"/>
        </w:rPr>
        <w:t>presso Poste Italiane SpA</w:t>
      </w:r>
    </w:p>
    <w:p w:rsidRPr="00AB796D" w:rsidR="00AB796D" w:rsidP="00AB796D" w:rsidRDefault="00AB796D" w14:paraId="08D98B65" w14:textId="77777777">
      <w:pPr>
        <w:pStyle w:val="Paragrafoelenco"/>
        <w:spacing w:before="240"/>
        <w:ind w:left="153" w:right="-574"/>
        <w:rPr>
          <w:rFonts w:ascii="Trebuchet MS" w:hAnsi="Trebuchet MS" w:cs="Trebuchet MS"/>
          <w:color w:val="000000"/>
          <w:sz w:val="18"/>
          <w:szCs w:val="18"/>
        </w:rPr>
      </w:pPr>
    </w:p>
    <w:p w:rsidRPr="00AB796D" w:rsidR="00AB796D" w:rsidP="00AB796D" w:rsidRDefault="00B803C0" w14:paraId="2F2D42A4" w14:textId="15917706">
      <w:pPr>
        <w:pStyle w:val="Paragrafoelenco"/>
        <w:numPr>
          <w:ilvl w:val="0"/>
          <w:numId w:val="19"/>
        </w:numPr>
        <w:spacing w:before="240"/>
        <w:ind w:right="-574"/>
        <w:rPr>
          <w:rFonts w:ascii="Trebuchet MS" w:hAnsi="Trebuchet MS" w:cs="Trebuchet MS"/>
          <w:color w:val="000000"/>
          <w:sz w:val="18"/>
          <w:szCs w:val="18"/>
        </w:rPr>
      </w:pPr>
      <w:r w:rsidRPr="00AB796D">
        <w:rPr>
          <w:rFonts w:ascii="Trebuchet MS" w:hAnsi="Trebuchet MS" w:cs="Trebuchet MS"/>
          <w:color w:val="000000"/>
          <w:sz w:val="18"/>
          <w:szCs w:val="18"/>
        </w:rPr>
        <w:t>le generalità e il codice fiscale delle persone delegate ad operare su di esso:</w:t>
      </w:r>
      <w:r w:rsidRPr="00AB796D">
        <w:rPr>
          <w:rFonts w:ascii="Trebuchet MS" w:hAnsi="Trebuchet MS" w:cs="Trebuchet MS"/>
          <w:color w:val="000000"/>
          <w:sz w:val="18"/>
          <w:szCs w:val="18"/>
        </w:rPr>
        <w:br/>
      </w:r>
      <w:r w:rsidRPr="00AB796D">
        <w:rPr>
          <w:rFonts w:ascii="Trebuchet MS" w:hAnsi="Trebuchet MS" w:cs="Trebuchet MS"/>
          <w:color w:val="000000"/>
          <w:sz w:val="18"/>
          <w:szCs w:val="18"/>
        </w:rPr>
        <w:t>Cognome e nome ______________________________ nato/a il __________ a</w:t>
      </w:r>
      <w:r w:rsidRPr="00AB796D" w:rsidR="00AB796D">
        <w:rPr>
          <w:rFonts w:ascii="Trebuchet MS" w:hAnsi="Trebuchet MS" w:cs="Trebuchet MS"/>
          <w:color w:val="000000"/>
          <w:sz w:val="18"/>
          <w:szCs w:val="18"/>
        </w:rPr>
        <w:t xml:space="preserve"> </w:t>
      </w:r>
      <w:r w:rsidRPr="00AB796D">
        <w:rPr>
          <w:rFonts w:ascii="Trebuchet MS" w:hAnsi="Trebuchet MS" w:cs="Trebuchet MS"/>
          <w:color w:val="000000"/>
          <w:sz w:val="18"/>
          <w:szCs w:val="18"/>
        </w:rPr>
        <w:t>______________________</w:t>
      </w:r>
      <w:r w:rsidR="00AB796D">
        <w:rPr>
          <w:rFonts w:ascii="Trebuchet MS" w:hAnsi="Trebuchet MS" w:cs="Trebuchet MS"/>
          <w:color w:val="000000"/>
          <w:sz w:val="18"/>
          <w:szCs w:val="18"/>
        </w:rPr>
        <w:t xml:space="preserve">                   </w:t>
      </w:r>
      <w:r w:rsidRPr="00AB796D">
        <w:rPr>
          <w:rFonts w:ascii="Trebuchet MS" w:hAnsi="Trebuchet MS" w:cs="Trebuchet MS"/>
          <w:color w:val="000000"/>
          <w:sz w:val="18"/>
          <w:szCs w:val="18"/>
        </w:rPr>
        <w:t xml:space="preserve"> codice fiscale ______________________________</w:t>
      </w:r>
      <w:r w:rsidRPr="00AB796D">
        <w:rPr>
          <w:rFonts w:ascii="Trebuchet MS" w:hAnsi="Trebuchet MS" w:cs="Trebuchet MS"/>
          <w:color w:val="000000"/>
          <w:sz w:val="18"/>
          <w:szCs w:val="18"/>
        </w:rPr>
        <w:br/>
      </w:r>
      <w:r w:rsidRPr="00AB796D">
        <w:rPr>
          <w:rFonts w:ascii="Trebuchet MS" w:hAnsi="Trebuchet MS" w:cs="Trebuchet MS"/>
          <w:color w:val="000000"/>
          <w:sz w:val="18"/>
          <w:szCs w:val="18"/>
        </w:rPr>
        <w:br/>
      </w:r>
      <w:r w:rsidRPr="00AB796D">
        <w:rPr>
          <w:rFonts w:ascii="Trebuchet MS" w:hAnsi="Trebuchet MS" w:cs="Trebuchet MS"/>
          <w:color w:val="000000"/>
          <w:sz w:val="18"/>
          <w:szCs w:val="18"/>
        </w:rPr>
        <w:t xml:space="preserve">Cognome e nome ______________________________ nato/a il __________ a _______________________ </w:t>
      </w:r>
      <w:r w:rsidR="00AB796D">
        <w:rPr>
          <w:rFonts w:ascii="Trebuchet MS" w:hAnsi="Trebuchet MS" w:cs="Trebuchet MS"/>
          <w:color w:val="000000"/>
          <w:sz w:val="18"/>
          <w:szCs w:val="18"/>
        </w:rPr>
        <w:t xml:space="preserve">                </w:t>
      </w:r>
      <w:r w:rsidRPr="00AB796D">
        <w:rPr>
          <w:rFonts w:ascii="Trebuchet MS" w:hAnsi="Trebuchet MS" w:cs="Trebuchet MS"/>
          <w:color w:val="000000"/>
          <w:sz w:val="18"/>
          <w:szCs w:val="18"/>
        </w:rPr>
        <w:t>codice fiscale ______________________________</w:t>
      </w:r>
      <w:r w:rsidRPr="00AB796D">
        <w:rPr>
          <w:rFonts w:ascii="Trebuchet MS" w:hAnsi="Trebuchet MS" w:cs="Trebuchet MS"/>
          <w:color w:val="000000"/>
          <w:sz w:val="18"/>
          <w:szCs w:val="18"/>
        </w:rPr>
        <w:br/>
      </w:r>
      <w:r w:rsidRPr="00AB796D">
        <w:rPr>
          <w:rFonts w:ascii="Trebuchet MS" w:hAnsi="Trebuchet MS" w:cs="Trebuchet MS"/>
          <w:color w:val="000000"/>
          <w:sz w:val="18"/>
          <w:szCs w:val="18"/>
        </w:rPr>
        <w:br/>
      </w:r>
      <w:r w:rsidRPr="00AB796D">
        <w:rPr>
          <w:rFonts w:ascii="Trebuchet MS" w:hAnsi="Trebuchet MS" w:cs="Trebuchet MS"/>
          <w:color w:val="000000"/>
          <w:sz w:val="18"/>
          <w:szCs w:val="18"/>
        </w:rPr>
        <w:t>Cognome e nome ______________________________ nato/a il __________ a _______________________</w:t>
      </w:r>
      <w:r w:rsidR="00AB796D">
        <w:rPr>
          <w:rFonts w:ascii="Trebuchet MS" w:hAnsi="Trebuchet MS" w:cs="Trebuchet MS"/>
          <w:color w:val="000000"/>
          <w:sz w:val="18"/>
          <w:szCs w:val="18"/>
        </w:rPr>
        <w:t xml:space="preserve">          </w:t>
      </w:r>
      <w:r w:rsidRPr="00AB796D">
        <w:rPr>
          <w:rFonts w:ascii="Trebuchet MS" w:hAnsi="Trebuchet MS" w:cs="Trebuchet MS"/>
          <w:color w:val="000000"/>
          <w:sz w:val="18"/>
          <w:szCs w:val="18"/>
        </w:rPr>
        <w:t xml:space="preserve"> codice fiscale ______________________________</w:t>
      </w:r>
      <w:r w:rsidRPr="00AB796D">
        <w:rPr>
          <w:rFonts w:ascii="Trebuchet MS" w:hAnsi="Trebuchet MS" w:cs="Trebuchet MS"/>
          <w:color w:val="000000"/>
          <w:sz w:val="18"/>
          <w:szCs w:val="18"/>
        </w:rPr>
        <w:br/>
      </w:r>
      <w:r w:rsidRPr="00AB796D">
        <w:rPr>
          <w:rFonts w:ascii="Trebuchet MS" w:hAnsi="Trebuchet MS" w:cs="Trebuchet MS"/>
          <w:color w:val="000000"/>
          <w:sz w:val="18"/>
          <w:szCs w:val="18"/>
        </w:rPr>
        <w:br/>
      </w:r>
      <w:r w:rsidRPr="00AB796D" w:rsidR="00AB796D">
        <w:rPr>
          <w:rFonts w:ascii="Trebuchet MS" w:hAnsi="Trebuchet MS" w:cs="Trebuchet MS"/>
          <w:color w:val="000000"/>
          <w:sz w:val="18"/>
          <w:szCs w:val="18"/>
        </w:rPr>
        <w:t>In fede</w:t>
      </w:r>
    </w:p>
    <w:p w:rsidRPr="00AB796D" w:rsidR="00AB796D" w:rsidP="00AB796D" w:rsidRDefault="00B803C0" w14:paraId="7076F847" w14:textId="65A69046">
      <w:pPr>
        <w:spacing w:before="240"/>
        <w:ind w:left="-567" w:right="-574"/>
        <w:rPr>
          <w:rFonts w:ascii="Trebuchet MS" w:hAnsi="Trebuchet MS" w:cs="Trebuchet MS"/>
          <w:i/>
          <w:iCs/>
          <w:color w:val="000000"/>
          <w:sz w:val="16"/>
          <w:szCs w:val="16"/>
        </w:rPr>
      </w:pPr>
      <w:r w:rsidRPr="00AB796D">
        <w:rPr>
          <w:rFonts w:ascii="Trebuchet MS" w:hAnsi="Trebuchet MS" w:cs="Trebuchet MS"/>
          <w:color w:val="000000"/>
          <w:sz w:val="18"/>
          <w:szCs w:val="18"/>
        </w:rPr>
        <w:t>______________________________</w:t>
      </w:r>
      <w:r w:rsidRPr="00AB796D" w:rsidR="00AB796D">
        <w:rPr>
          <w:rFonts w:ascii="Trebuchet MS" w:hAnsi="Trebuchet MS" w:cs="Trebuchet MS"/>
          <w:color w:val="000000"/>
          <w:sz w:val="18"/>
          <w:szCs w:val="18"/>
        </w:rPr>
        <w:t xml:space="preserve">                                            </w:t>
      </w:r>
      <w:r w:rsidR="00AB796D">
        <w:rPr>
          <w:rFonts w:ascii="Trebuchet MS" w:hAnsi="Trebuchet MS" w:cs="Trebuchet MS"/>
          <w:color w:val="000000"/>
          <w:sz w:val="18"/>
          <w:szCs w:val="18"/>
        </w:rPr>
        <w:t xml:space="preserve">                   </w:t>
      </w:r>
      <w:r w:rsidRPr="00AB796D" w:rsidR="00AB796D">
        <w:rPr>
          <w:rFonts w:ascii="Trebuchet MS" w:hAnsi="Trebuchet MS" w:cs="Trebuchet MS"/>
          <w:color w:val="000000"/>
          <w:sz w:val="18"/>
          <w:szCs w:val="18"/>
        </w:rPr>
        <w:t xml:space="preserve">       _________________________________</w:t>
      </w:r>
      <w:r w:rsidRPr="00AB796D">
        <w:rPr>
          <w:rFonts w:ascii="Trebuchet MS" w:hAnsi="Trebuchet MS" w:cs="Trebuchet MS"/>
          <w:color w:val="000000"/>
          <w:sz w:val="18"/>
          <w:szCs w:val="18"/>
        </w:rPr>
        <w:br/>
      </w:r>
      <w:r w:rsidR="00AB796D">
        <w:rPr>
          <w:rFonts w:ascii="Trebuchet MS" w:hAnsi="Trebuchet MS" w:cs="Trebuchet MS"/>
          <w:i/>
          <w:iCs/>
          <w:color w:val="000000"/>
          <w:sz w:val="16"/>
          <w:szCs w:val="16"/>
        </w:rPr>
        <w:t xml:space="preserve">                  </w:t>
      </w:r>
      <w:r w:rsidRPr="00AB796D" w:rsidR="00AB796D">
        <w:rPr>
          <w:rFonts w:ascii="Trebuchet MS" w:hAnsi="Trebuchet MS" w:cs="Trebuchet MS"/>
          <w:i/>
          <w:iCs/>
          <w:color w:val="000000"/>
          <w:sz w:val="16"/>
          <w:szCs w:val="16"/>
        </w:rPr>
        <w:t>Luogo e data                                                                                                                                 Firma</w:t>
      </w:r>
    </w:p>
    <w:p w:rsidRPr="00AB796D" w:rsidR="00AB796D" w:rsidP="00AB796D" w:rsidRDefault="00AB796D" w14:paraId="5377A489" w14:textId="48608CEC">
      <w:pPr>
        <w:spacing w:before="240"/>
        <w:ind w:left="-567" w:right="-574"/>
        <w:rPr>
          <w:rFonts w:ascii="Trebuchet MS" w:hAnsi="Trebuchet MS" w:cs="Trebuchet MS"/>
          <w:color w:val="000000"/>
          <w:sz w:val="18"/>
          <w:szCs w:val="18"/>
        </w:rPr>
      </w:pPr>
      <w:r w:rsidRPr="00AB796D">
        <w:rPr>
          <w:rFonts w:ascii="Trebuchet MS" w:hAnsi="Trebuchet MS" w:cs="Trebuchet MS"/>
          <w:color w:val="000000"/>
          <w:sz w:val="18"/>
          <w:szCs w:val="18"/>
        </w:rPr>
        <w:t>Alla presente dichiarazione si allega copia fotostatica, non autenticata, di un document</w:t>
      </w:r>
      <w:r w:rsidR="00DD5F1F">
        <w:rPr>
          <w:rFonts w:ascii="Trebuchet MS" w:hAnsi="Trebuchet MS" w:cs="Trebuchet MS"/>
          <w:color w:val="000000"/>
          <w:sz w:val="18"/>
          <w:szCs w:val="18"/>
        </w:rPr>
        <w:t>o</w:t>
      </w:r>
      <w:r w:rsidRPr="00AB796D">
        <w:rPr>
          <w:rFonts w:ascii="Trebuchet MS" w:hAnsi="Trebuchet MS" w:cs="Trebuchet MS"/>
          <w:color w:val="000000"/>
          <w:sz w:val="18"/>
          <w:szCs w:val="18"/>
        </w:rPr>
        <w:t xml:space="preserve"> di identità del dichiarante (art. 38, comma 3 del D.P.R. 445/2000).</w:t>
      </w:r>
    </w:p>
    <w:sectPr w:rsidRPr="00AB796D" w:rsidR="00AB796D" w:rsidSect="00AB796D">
      <w:headerReference w:type="default" r:id="rId11"/>
      <w:footerReference w:type="default" r:id="rId12"/>
      <w:pgSz w:w="12240" w:h="15840" w:orient="portrait"/>
      <w:pgMar w:top="1135" w:right="1800" w:bottom="1440" w:left="1800" w:header="709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84B7C" w:rsidP="00E13D5E" w:rsidRDefault="00984B7C" w14:paraId="1BAFD67B" w14:textId="77777777">
      <w:pPr>
        <w:spacing w:after="0" w:line="240" w:lineRule="auto"/>
      </w:pPr>
      <w:r>
        <w:separator/>
      </w:r>
    </w:p>
  </w:endnote>
  <w:endnote w:type="continuationSeparator" w:id="0">
    <w:p w:rsidR="00984B7C" w:rsidP="00E13D5E" w:rsidRDefault="00984B7C" w14:paraId="50B9E5A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E13D5E" w:rsidP="00E13D5E" w:rsidRDefault="00AB796D" w14:paraId="484CE7C9" w14:textId="1AC3E865">
    <w:pPr>
      <w:pStyle w:val="Pidipagina"/>
      <w:ind w:left="1701"/>
      <w:rPr>
        <w:rFonts w:ascii="Trebuchet MS" w:hAnsi="Trebuchet MS"/>
        <w:sz w:val="18"/>
      </w:rPr>
    </w:pPr>
    <w:r w:rsidRPr="00AB796D">
      <w:rPr>
        <w:noProof/>
        <w:sz w:val="18"/>
        <w:szCs w:val="18"/>
      </w:rPr>
      <w:drawing>
        <wp:anchor distT="0" distB="0" distL="114300" distR="114300" simplePos="0" relativeHeight="251660288" behindDoc="0" locked="0" layoutInCell="1" allowOverlap="1" wp14:anchorId="337F3CF0" wp14:editId="3D9F6D76">
          <wp:simplePos x="0" y="0"/>
          <wp:positionH relativeFrom="column">
            <wp:posOffset>-617220</wp:posOffset>
          </wp:positionH>
          <wp:positionV relativeFrom="paragraph">
            <wp:posOffset>164008</wp:posOffset>
          </wp:positionV>
          <wp:extent cx="1120140" cy="798386"/>
          <wp:effectExtent l="0" t="0" r="3810" b="1905"/>
          <wp:wrapNone/>
          <wp:docPr id="130713831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1957" cy="7996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B796D">
      <w:rPr>
        <w:rFonts w:ascii="Trebuchet MS" w:hAnsi="Trebuchet MS"/>
        <w:b/>
        <w:noProof/>
        <w:sz w:val="14"/>
        <w:szCs w:val="18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AF360BF" wp14:editId="1438B3AE">
              <wp:simplePos x="0" y="0"/>
              <wp:positionH relativeFrom="column">
                <wp:posOffset>685800</wp:posOffset>
              </wp:positionH>
              <wp:positionV relativeFrom="paragraph">
                <wp:posOffset>101600</wp:posOffset>
              </wp:positionV>
              <wp:extent cx="0" cy="723900"/>
              <wp:effectExtent l="0" t="0" r="38100" b="19050"/>
              <wp:wrapNone/>
              <wp:docPr id="130713833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7239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01BE83F5">
            <v:line id="Line 2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54pt,8pt" to="54pt,65pt" w14:anchorId="0B952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"/>
          </w:pict>
        </mc:Fallback>
      </mc:AlternateContent>
    </w:r>
  </w:p>
  <w:p w:rsidRPr="00AB796D" w:rsidR="00E13D5E" w:rsidP="00E13D5E" w:rsidRDefault="00E13D5E" w14:paraId="4964DACB" w14:textId="3E3F3AEA">
    <w:pPr>
      <w:pStyle w:val="Pidipagina"/>
      <w:ind w:left="1701"/>
      <w:rPr>
        <w:rFonts w:ascii="Trebuchet MS" w:hAnsi="Trebuchet MS"/>
        <w:b/>
        <w:sz w:val="14"/>
        <w:szCs w:val="18"/>
      </w:rPr>
    </w:pPr>
    <w:r w:rsidRPr="00AB796D">
      <w:rPr>
        <w:rFonts w:ascii="Trebuchet MS" w:hAnsi="Trebuchet MS"/>
        <w:b/>
        <w:sz w:val="14"/>
        <w:szCs w:val="18"/>
      </w:rPr>
      <w:t>Ufficio di Piano</w:t>
    </w:r>
  </w:p>
  <w:p w:rsidRPr="00AB796D" w:rsidR="00E13D5E" w:rsidP="00E13D5E" w:rsidRDefault="00E13D5E" w14:paraId="3D2A703E" w14:textId="73151D9E">
    <w:pPr>
      <w:pStyle w:val="Pidipagina"/>
      <w:ind w:left="1701"/>
      <w:rPr>
        <w:rFonts w:ascii="Trebuchet MS" w:hAnsi="Trebuchet MS"/>
        <w:b/>
        <w:sz w:val="14"/>
        <w:szCs w:val="18"/>
      </w:rPr>
    </w:pPr>
    <w:r w:rsidRPr="00AB796D">
      <w:rPr>
        <w:rFonts w:ascii="Trebuchet MS" w:hAnsi="Trebuchet MS"/>
        <w:b/>
        <w:sz w:val="14"/>
        <w:szCs w:val="18"/>
      </w:rPr>
      <w:t>Comuni di Brugherio, Monza e Villasanta</w:t>
    </w:r>
  </w:p>
  <w:p w:rsidRPr="00AB796D" w:rsidR="00E13D5E" w:rsidP="00E13D5E" w:rsidRDefault="00E13D5E" w14:paraId="2020D3D7" w14:textId="7D2378DB">
    <w:pPr>
      <w:pStyle w:val="Pidipagina"/>
      <w:ind w:left="1701"/>
      <w:rPr>
        <w:rFonts w:ascii="Trebuchet MS" w:hAnsi="Trebuchet MS"/>
        <w:sz w:val="14"/>
        <w:szCs w:val="18"/>
      </w:rPr>
    </w:pPr>
    <w:r w:rsidRPr="00AB796D">
      <w:rPr>
        <w:rFonts w:ascii="Trebuchet MS" w:hAnsi="Trebuchet MS"/>
        <w:sz w:val="14"/>
        <w:szCs w:val="18"/>
      </w:rPr>
      <w:t>Via Casati 19 | 20900 Monza | Tel. 039.2372074/20</w:t>
    </w:r>
  </w:p>
  <w:p w:rsidRPr="00AB796D" w:rsidR="00E13D5E" w:rsidP="00E13D5E" w:rsidRDefault="00E13D5E" w14:paraId="266BA65D" w14:textId="77777777">
    <w:pPr>
      <w:pStyle w:val="Pidipagina"/>
      <w:ind w:left="1701"/>
      <w:rPr>
        <w:rFonts w:ascii="Trebuchet MS" w:hAnsi="Trebuchet MS"/>
        <w:sz w:val="14"/>
        <w:szCs w:val="18"/>
      </w:rPr>
    </w:pPr>
    <w:r w:rsidRPr="00AB796D">
      <w:rPr>
        <w:rFonts w:ascii="Trebuchet MS" w:hAnsi="Trebuchet MS"/>
        <w:sz w:val="14"/>
        <w:szCs w:val="18"/>
      </w:rPr>
      <w:t xml:space="preserve">Email </w:t>
    </w:r>
    <w:hyperlink w:history="1" r:id="rId2">
      <w:r w:rsidRPr="00AB796D">
        <w:rPr>
          <w:rStyle w:val="Collegamentoipertestuale"/>
          <w:rFonts w:ascii="Trebuchet MS" w:hAnsi="Trebuchet MS"/>
          <w:sz w:val="14"/>
          <w:szCs w:val="18"/>
        </w:rPr>
        <w:t>ufficiodipiano@ambitodimonza.it</w:t>
      </w:r>
    </w:hyperlink>
  </w:p>
  <w:p w:rsidRPr="00AB796D" w:rsidR="00E13D5E" w:rsidP="00E13D5E" w:rsidRDefault="00E13D5E" w14:paraId="0ADA0DAA" w14:textId="1259E9BF">
    <w:pPr>
      <w:pStyle w:val="Pidipagina"/>
      <w:ind w:left="1701"/>
      <w:rPr>
        <w:rFonts w:ascii="Trebuchet MS" w:hAnsi="Trebuchet MS"/>
        <w:sz w:val="14"/>
        <w:szCs w:val="18"/>
      </w:rPr>
    </w:pPr>
  </w:p>
  <w:p w:rsidRPr="00AB796D" w:rsidR="00E13D5E" w:rsidP="00E13D5E" w:rsidRDefault="00E13D5E" w14:paraId="6A4AD7FF" w14:textId="77777777">
    <w:pPr>
      <w:pStyle w:val="Pidipagina"/>
      <w:ind w:left="1701"/>
      <w:rPr>
        <w:rFonts w:ascii="Trebuchet MS" w:hAnsi="Trebuchet MS"/>
        <w:sz w:val="14"/>
        <w:szCs w:val="18"/>
      </w:rPr>
    </w:pPr>
    <w:r w:rsidRPr="00AB796D">
      <w:rPr>
        <w:rFonts w:ascii="Trebuchet MS" w:hAnsi="Trebuchet MS"/>
        <w:sz w:val="14"/>
        <w:szCs w:val="18"/>
      </w:rPr>
      <w:t xml:space="preserve">Sede Municipale: Piazza Trento e Trieste | 20900 Monza | Tel. +39.039.2372.1 </w:t>
    </w:r>
  </w:p>
  <w:p w:rsidRPr="00AB796D" w:rsidR="00E13D5E" w:rsidP="00E13D5E" w:rsidRDefault="00E13D5E" w14:paraId="544D360A" w14:textId="77777777">
    <w:pPr>
      <w:pStyle w:val="Pidipagina"/>
      <w:tabs>
        <w:tab w:val="left" w:pos="1418"/>
      </w:tabs>
      <w:ind w:left="1701"/>
      <w:rPr>
        <w:rFonts w:ascii="Trebuchet MS" w:hAnsi="Trebuchet MS"/>
        <w:sz w:val="14"/>
        <w:szCs w:val="18"/>
      </w:rPr>
    </w:pPr>
    <w:r w:rsidRPr="00AB796D">
      <w:rPr>
        <w:rFonts w:ascii="Trebuchet MS" w:hAnsi="Trebuchet MS"/>
        <w:sz w:val="14"/>
        <w:szCs w:val="18"/>
      </w:rPr>
      <w:t>Email protocollo@comune.monza.it | Posta certificata monza@pec.comune.monza.it</w:t>
    </w:r>
  </w:p>
  <w:p w:rsidRPr="00AB796D" w:rsidR="00E13D5E" w:rsidP="00E13D5E" w:rsidRDefault="00E13D5E" w14:paraId="311F06C2" w14:textId="49CFB3B5">
    <w:pPr>
      <w:pStyle w:val="Pidipagina"/>
      <w:tabs>
        <w:tab w:val="left" w:pos="1418"/>
      </w:tabs>
      <w:ind w:left="1701"/>
      <w:rPr>
        <w:sz w:val="18"/>
        <w:szCs w:val="18"/>
      </w:rPr>
    </w:pPr>
    <w:r w:rsidRPr="00AB796D">
      <w:rPr>
        <w:rFonts w:ascii="Trebuchet MS" w:hAnsi="Trebuchet MS"/>
        <w:sz w:val="14"/>
        <w:szCs w:val="18"/>
      </w:rPr>
      <w:t>Codice Fiscale 02030880153 | Partita IVA 00728830969</w:t>
    </w:r>
  </w:p>
  <w:p w:rsidRPr="00AB796D" w:rsidR="00E13D5E" w:rsidRDefault="00E13D5E" w14:paraId="49E77B08" w14:textId="6E987A5A">
    <w:pPr>
      <w:pStyle w:val="Pidipagin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84B7C" w:rsidP="00E13D5E" w:rsidRDefault="00984B7C" w14:paraId="0F6D19DF" w14:textId="77777777">
      <w:pPr>
        <w:spacing w:after="0" w:line="240" w:lineRule="auto"/>
      </w:pPr>
      <w:r>
        <w:separator/>
      </w:r>
    </w:p>
  </w:footnote>
  <w:footnote w:type="continuationSeparator" w:id="0">
    <w:p w:rsidR="00984B7C" w:rsidP="00E13D5E" w:rsidRDefault="00984B7C" w14:paraId="236948F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E13D5E" w:rsidRDefault="00E13D5E" w14:paraId="79454021" w14:textId="1E704DB0">
    <w:pPr>
      <w:pStyle w:val="Intestazione"/>
    </w:pPr>
    <w:r>
      <w:rPr>
        <w:noProof/>
      </w:rPr>
      <w:drawing>
        <wp:anchor distT="0" distB="0" distL="114300" distR="114300" simplePos="0" relativeHeight="251653120" behindDoc="0" locked="0" layoutInCell="1" allowOverlap="1" wp14:anchorId="55610A9D" wp14:editId="670BDDE4">
          <wp:simplePos x="0" y="0"/>
          <wp:positionH relativeFrom="column">
            <wp:posOffset>-678180</wp:posOffset>
          </wp:positionH>
          <wp:positionV relativeFrom="paragraph">
            <wp:posOffset>-349885</wp:posOffset>
          </wp:positionV>
          <wp:extent cx="940799" cy="670560"/>
          <wp:effectExtent l="0" t="0" r="0" b="0"/>
          <wp:wrapNone/>
          <wp:docPr id="1307138313" name="Immagine 13071383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5773" cy="674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1EEF6B44"/>
    <w:multiLevelType w:val="hybridMultilevel"/>
    <w:tmpl w:val="A712F804"/>
    <w:lvl w:ilvl="0" w:tplc="491E6A88">
      <w:start w:val="1"/>
      <w:numFmt w:val="bullet"/>
      <w:lvlText w:val=""/>
      <w:lvlJc w:val="left"/>
      <w:pPr>
        <w:ind w:left="153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1C515E6"/>
    <w:multiLevelType w:val="hybridMultilevel"/>
    <w:tmpl w:val="58AC2B00"/>
    <w:lvl w:ilvl="0" w:tplc="3A9E272E">
      <w:numFmt w:val="bullet"/>
      <w:lvlText w:val="•"/>
      <w:lvlJc w:val="left"/>
      <w:pPr>
        <w:ind w:left="-207" w:hanging="360"/>
      </w:pPr>
      <w:rPr>
        <w:rFonts w:hint="default" w:ascii="Trebuchet MS" w:hAnsi="Trebuchet MS" w:cs="Trebuchet MS" w:eastAsiaTheme="minorEastAsia"/>
      </w:rPr>
    </w:lvl>
    <w:lvl w:ilvl="1" w:tplc="04100003" w:tentative="1">
      <w:start w:val="1"/>
      <w:numFmt w:val="bullet"/>
      <w:lvlText w:val="o"/>
      <w:lvlJc w:val="left"/>
      <w:pPr>
        <w:ind w:left="513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1233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1953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2673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3393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113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4833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5553" w:hanging="360"/>
      </w:pPr>
      <w:rPr>
        <w:rFonts w:hint="default" w:ascii="Wingdings" w:hAnsi="Wingdings"/>
      </w:rPr>
    </w:lvl>
  </w:abstractNum>
  <w:abstractNum w:abstractNumId="11" w15:restartNumberingAfterBreak="0">
    <w:nsid w:val="3D4F4424"/>
    <w:multiLevelType w:val="hybridMultilevel"/>
    <w:tmpl w:val="6A7455BA"/>
    <w:lvl w:ilvl="0" w:tplc="B4D4A75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2" w15:restartNumberingAfterBreak="0">
    <w:nsid w:val="501927B9"/>
    <w:multiLevelType w:val="hybridMultilevel"/>
    <w:tmpl w:val="53488260"/>
    <w:lvl w:ilvl="0" w:tplc="3A9E272E">
      <w:numFmt w:val="bullet"/>
      <w:lvlText w:val="•"/>
      <w:lvlJc w:val="left"/>
      <w:pPr>
        <w:ind w:left="-207" w:hanging="360"/>
      </w:pPr>
      <w:rPr>
        <w:rFonts w:hint="default" w:ascii="Trebuchet MS" w:hAnsi="Trebuchet MS" w:cs="Trebuchet MS" w:eastAsiaTheme="minor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957197F"/>
    <w:multiLevelType w:val="hybridMultilevel"/>
    <w:tmpl w:val="75CC7A3C"/>
    <w:lvl w:ilvl="0" w:tplc="295AD242">
      <w:start w:val="1"/>
      <w:numFmt w:val="bullet"/>
      <w:lvlText w:val=""/>
      <w:lvlJc w:val="left"/>
      <w:pPr>
        <w:ind w:left="153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hint="default" w:ascii="Wingdings" w:hAnsi="Wingdings"/>
      </w:rPr>
    </w:lvl>
  </w:abstractNum>
  <w:abstractNum w:abstractNumId="14" w15:restartNumberingAfterBreak="0">
    <w:nsid w:val="5E996BB9"/>
    <w:multiLevelType w:val="hybridMultilevel"/>
    <w:tmpl w:val="B7027786"/>
    <w:lvl w:ilvl="0" w:tplc="04100001">
      <w:start w:val="1"/>
      <w:numFmt w:val="bullet"/>
      <w:lvlText w:val=""/>
      <w:lvlJc w:val="left"/>
      <w:pPr>
        <w:ind w:left="153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hint="default" w:ascii="Wingdings" w:hAnsi="Wingdings"/>
      </w:rPr>
    </w:lvl>
  </w:abstractNum>
  <w:abstractNum w:abstractNumId="15" w15:restartNumberingAfterBreak="0">
    <w:nsid w:val="67753A53"/>
    <w:multiLevelType w:val="hybridMultilevel"/>
    <w:tmpl w:val="A63CB480"/>
    <w:lvl w:ilvl="0" w:tplc="C540A508">
      <w:start w:val="1"/>
      <w:numFmt w:val="bullet"/>
      <w:lvlText w:val=""/>
      <w:lvlJc w:val="left"/>
      <w:pPr>
        <w:ind w:left="36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72BD11CB"/>
    <w:multiLevelType w:val="hybridMultilevel"/>
    <w:tmpl w:val="99442F4E"/>
    <w:lvl w:ilvl="0" w:tplc="0410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77C460D9"/>
    <w:multiLevelType w:val="hybridMultilevel"/>
    <w:tmpl w:val="5C7A442A"/>
    <w:lvl w:ilvl="0" w:tplc="3A9E272E">
      <w:numFmt w:val="bullet"/>
      <w:lvlText w:val="•"/>
      <w:lvlJc w:val="left"/>
      <w:pPr>
        <w:ind w:left="-774" w:hanging="360"/>
      </w:pPr>
      <w:rPr>
        <w:rFonts w:hint="default" w:ascii="Trebuchet MS" w:hAnsi="Trebuchet MS" w:cs="Trebuchet MS" w:eastAsiaTheme="minorEastAsia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hint="default" w:ascii="Wingdings" w:hAnsi="Wingdings"/>
      </w:rPr>
    </w:lvl>
  </w:abstractNum>
  <w:abstractNum w:abstractNumId="18" w15:restartNumberingAfterBreak="0">
    <w:nsid w:val="794D6248"/>
    <w:multiLevelType w:val="hybridMultilevel"/>
    <w:tmpl w:val="68B429F6"/>
    <w:lvl w:ilvl="0" w:tplc="268E7D44">
      <w:start w:val="1"/>
      <w:numFmt w:val="decimal"/>
      <w:lvlText w:val="%1)"/>
      <w:lvlJc w:val="left"/>
      <w:pPr>
        <w:ind w:left="-207" w:hanging="360"/>
      </w:pPr>
      <w:rPr>
        <w:rFonts w:ascii="Trebuchet MS" w:hAnsi="Trebuchet MS" w:cs="Trebuchet MS" w:eastAsiaTheme="minorEastAsia"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9" w15:restartNumberingAfterBreak="0">
    <w:nsid w:val="7CF8778F"/>
    <w:multiLevelType w:val="hybridMultilevel"/>
    <w:tmpl w:val="09186228"/>
    <w:lvl w:ilvl="0" w:tplc="0410000F">
      <w:start w:val="1"/>
      <w:numFmt w:val="decimal"/>
      <w:lvlText w:val="%1."/>
      <w:lvlJc w:val="left"/>
      <w:pPr>
        <w:ind w:left="153" w:hanging="360"/>
      </w:pPr>
    </w:lvl>
    <w:lvl w:ilvl="1" w:tplc="04100019" w:tentative="1">
      <w:start w:val="1"/>
      <w:numFmt w:val="lowerLetter"/>
      <w:lvlText w:val="%2."/>
      <w:lvlJc w:val="left"/>
      <w:pPr>
        <w:ind w:left="873" w:hanging="360"/>
      </w:pPr>
    </w:lvl>
    <w:lvl w:ilvl="2" w:tplc="0410001B" w:tentative="1">
      <w:start w:val="1"/>
      <w:numFmt w:val="lowerRoman"/>
      <w:lvlText w:val="%3."/>
      <w:lvlJc w:val="right"/>
      <w:pPr>
        <w:ind w:left="1593" w:hanging="180"/>
      </w:pPr>
    </w:lvl>
    <w:lvl w:ilvl="3" w:tplc="0410000F" w:tentative="1">
      <w:start w:val="1"/>
      <w:numFmt w:val="decimal"/>
      <w:lvlText w:val="%4."/>
      <w:lvlJc w:val="left"/>
      <w:pPr>
        <w:ind w:left="2313" w:hanging="360"/>
      </w:pPr>
    </w:lvl>
    <w:lvl w:ilvl="4" w:tplc="04100019" w:tentative="1">
      <w:start w:val="1"/>
      <w:numFmt w:val="lowerLetter"/>
      <w:lvlText w:val="%5."/>
      <w:lvlJc w:val="left"/>
      <w:pPr>
        <w:ind w:left="3033" w:hanging="360"/>
      </w:pPr>
    </w:lvl>
    <w:lvl w:ilvl="5" w:tplc="0410001B" w:tentative="1">
      <w:start w:val="1"/>
      <w:numFmt w:val="lowerRoman"/>
      <w:lvlText w:val="%6."/>
      <w:lvlJc w:val="right"/>
      <w:pPr>
        <w:ind w:left="3753" w:hanging="180"/>
      </w:pPr>
    </w:lvl>
    <w:lvl w:ilvl="6" w:tplc="0410000F" w:tentative="1">
      <w:start w:val="1"/>
      <w:numFmt w:val="decimal"/>
      <w:lvlText w:val="%7."/>
      <w:lvlJc w:val="left"/>
      <w:pPr>
        <w:ind w:left="4473" w:hanging="360"/>
      </w:pPr>
    </w:lvl>
    <w:lvl w:ilvl="7" w:tplc="04100019" w:tentative="1">
      <w:start w:val="1"/>
      <w:numFmt w:val="lowerLetter"/>
      <w:lvlText w:val="%8."/>
      <w:lvlJc w:val="left"/>
      <w:pPr>
        <w:ind w:left="5193" w:hanging="360"/>
      </w:pPr>
    </w:lvl>
    <w:lvl w:ilvl="8" w:tplc="0410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6"/>
  </w:num>
  <w:num w:numId="12">
    <w:abstractNumId w:val="14"/>
  </w:num>
  <w:num w:numId="13">
    <w:abstractNumId w:val="10"/>
  </w:num>
  <w:num w:numId="14">
    <w:abstractNumId w:val="12"/>
  </w:num>
  <w:num w:numId="15">
    <w:abstractNumId w:val="17"/>
  </w:num>
  <w:num w:numId="16">
    <w:abstractNumId w:val="15"/>
  </w:num>
  <w:num w:numId="17">
    <w:abstractNumId w:val="19"/>
  </w:num>
  <w:num w:numId="18">
    <w:abstractNumId w:val="9"/>
  </w:num>
  <w:num w:numId="19">
    <w:abstractNumId w:val="18"/>
  </w:num>
  <w:num w:numId="20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3644"/>
    <w:rsid w:val="001016CC"/>
    <w:rsid w:val="0015074B"/>
    <w:rsid w:val="0029639D"/>
    <w:rsid w:val="00326F90"/>
    <w:rsid w:val="003A6CBF"/>
    <w:rsid w:val="004D2F6E"/>
    <w:rsid w:val="006F4336"/>
    <w:rsid w:val="007E61DD"/>
    <w:rsid w:val="00984B7C"/>
    <w:rsid w:val="009E0D26"/>
    <w:rsid w:val="00A07153"/>
    <w:rsid w:val="00AA1D8D"/>
    <w:rsid w:val="00AB796D"/>
    <w:rsid w:val="00AC22CA"/>
    <w:rsid w:val="00B47730"/>
    <w:rsid w:val="00B803C0"/>
    <w:rsid w:val="00CB0664"/>
    <w:rsid w:val="00DD5F1F"/>
    <w:rsid w:val="00E13D5E"/>
    <w:rsid w:val="00FC693F"/>
    <w:rsid w:val="069318AB"/>
    <w:rsid w:val="0D094D87"/>
    <w:rsid w:val="2AB22AD1"/>
    <w:rsid w:val="445B58FE"/>
    <w:rsid w:val="529C5366"/>
    <w:rsid w:val="53201265"/>
    <w:rsid w:val="7361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03211AB9"/>
  <w14:defaultImageDpi w14:val="330"/>
  <w15:docId w15:val="{C7FB57BB-DBFC-4AFA-A409-D2207580ACE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styleId="Titolo1Carattere" w:customStyle="1">
    <w:name w:val="Titolo 1 Carattere"/>
    <w:basedOn w:val="Carpredefinitoparagrafo"/>
    <w:link w:val="Titolo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Titolo2Carattere" w:customStyle="1">
    <w:name w:val="Titolo 2 Carattere"/>
    <w:basedOn w:val="Carpredefinitoparagrafo"/>
    <w:link w:val="Titolo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Titolo3Carattere" w:customStyle="1">
    <w:name w:val="Titolo 3 Carattere"/>
    <w:basedOn w:val="Carpredefinitoparagrafo"/>
    <w:link w:val="Titolo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oloCarattere" w:customStyle="1">
    <w:name w:val="Titolo Carattere"/>
    <w:basedOn w:val="Carpredefinitoparagrafo"/>
    <w:link w:val="Titolo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styleId="CorpotestoCarattere" w:customStyle="1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styleId="Corpodeltesto2Carattere" w:customStyle="1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styleId="Corpodeltesto3Carattere" w:customStyle="1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stomacroCarattere" w:customStyle="1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styleId="Titolo4Carattere" w:customStyle="1">
    <w:name w:val="Titolo 4 Carattere"/>
    <w:basedOn w:val="Carpredefinitoparagrafo"/>
    <w:link w:val="Titolo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Titolo5Carattere" w:customStyle="1">
    <w:name w:val="Titolo 5 Carattere"/>
    <w:basedOn w:val="Carpredefinitoparagrafo"/>
    <w:link w:val="Titolo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Titolo6Carattere" w:customStyle="1">
    <w:name w:val="Titolo 6 Carattere"/>
    <w:basedOn w:val="Carpredefinitoparagrafo"/>
    <w:link w:val="Titolo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Titolo7Carattere" w:customStyle="1">
    <w:name w:val="Titolo 7 Carattere"/>
    <w:basedOn w:val="Carpredefinitoparagrafo"/>
    <w:link w:val="Titolo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Titolo8Carattere" w:customStyle="1">
    <w:name w:val="Titolo 8 Carattere"/>
    <w:basedOn w:val="Carpredefinitoparagrafo"/>
    <w:link w:val="Titolo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Titolo9Carattere" w:customStyle="1">
    <w:name w:val="Titolo 9 Carattere"/>
    <w:basedOn w:val="Carpredefinitoparagrafo"/>
    <w:link w:val="Titolo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Default" w:customStyle="1">
    <w:name w:val="Default"/>
    <w:rsid w:val="00E13D5E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it-IT"/>
    </w:rPr>
  </w:style>
  <w:style w:type="character" w:styleId="Collegamentoipertestuale">
    <w:name w:val="Hyperlink"/>
    <w:rsid w:val="00E13D5E"/>
    <w:rPr>
      <w:color w:val="0000FF"/>
      <w:u w:val="single"/>
    </w:rPr>
  </w:style>
  <w:style w:type="paragraph" w:styleId="TestoLettera" w:customStyle="1">
    <w:name w:val="Testo Lettera"/>
    <w:basedOn w:val="Indirizzodestinatario"/>
    <w:rsid w:val="00E13D5E"/>
    <w:pPr>
      <w:framePr w:w="0" w:hSpace="0" w:wrap="auto" w:hAnchor="text" w:xAlign="left" w:yAlign="inline" w:hRule="auto"/>
      <w:suppressAutoHyphens/>
      <w:ind w:left="1701" w:right="567"/>
    </w:pPr>
    <w:rPr>
      <w:rFonts w:ascii="Trebuchet MS" w:hAnsi="Trebuchet MS" w:eastAsia="Times" w:cs="Times New Roman"/>
      <w:sz w:val="22"/>
      <w:szCs w:val="20"/>
      <w:lang w:val="it-IT" w:eastAsia="ar-SA"/>
    </w:rPr>
  </w:style>
  <w:style w:type="paragraph" w:styleId="Indirizzodestinatario">
    <w:name w:val="envelope address"/>
    <w:basedOn w:val="Normale"/>
    <w:uiPriority w:val="99"/>
    <w:semiHidden/>
    <w:unhideWhenUsed/>
    <w:rsid w:val="00E13D5E"/>
    <w:pPr>
      <w:framePr w:w="7920" w:h="1980" w:hSpace="141" w:wrap="auto" w:hAnchor="page" w:xAlign="center" w:yAlign="bottom" w:hRule="exact"/>
      <w:spacing w:after="0" w:line="240" w:lineRule="auto"/>
      <w:ind w:left="2880"/>
    </w:pPr>
    <w:rPr>
      <w:rFonts w:asciiTheme="majorHAnsi" w:hAnsiTheme="majorHAnsi" w:eastAsiaTheme="majorEastAsia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dipiano@ambitodimonza.it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4B8C63F882034DAC9A4FE4E03DD696" ma:contentTypeVersion="20" ma:contentTypeDescription="Creare un nuovo documento." ma:contentTypeScope="" ma:versionID="0950e5b207f33aebaafff359e4e98d28">
  <xsd:schema xmlns:xsd="http://www.w3.org/2001/XMLSchema" xmlns:xs="http://www.w3.org/2001/XMLSchema" xmlns:p="http://schemas.microsoft.com/office/2006/metadata/properties" xmlns:ns2="f53619cc-f396-4fcd-a92c-f5cda1e4b090" xmlns:ns3="b485582e-1b07-4ac8-b0b7-6d2ee3e1371e" targetNamespace="http://schemas.microsoft.com/office/2006/metadata/properties" ma:root="true" ma:fieldsID="dc937063ae70c954e223ddb90ceb9730" ns2:_="" ns3:_="">
    <xsd:import namespace="f53619cc-f396-4fcd-a92c-f5cda1e4b090"/>
    <xsd:import namespace="b485582e-1b07-4ac8-b0b7-6d2ee3e13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3619cc-f396-4fcd-a92c-f5cda1e4b0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f2e0fe87-b971-4a6f-a1f8-4492634557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85582e-1b07-4ac8-b0b7-6d2ee3e1371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3b0e608-16c7-4bbd-b72a-7ef561a587c7}" ma:internalName="TaxCatchAll" ma:showField="CatchAllData" ma:web="b485582e-1b07-4ac8-b0b7-6d2ee3e13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3619cc-f396-4fcd-a92c-f5cda1e4b090">
      <Terms xmlns="http://schemas.microsoft.com/office/infopath/2007/PartnerControls"/>
    </lcf76f155ced4ddcb4097134ff3c332f>
    <TaxCatchAll xmlns="b485582e-1b07-4ac8-b0b7-6d2ee3e1371e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15BFE3-BB70-4282-9C34-E888C2FAD0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3619cc-f396-4fcd-a92c-f5cda1e4b090"/>
    <ds:schemaRef ds:uri="b485582e-1b07-4ac8-b0b7-6d2ee3e13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1FC004-9871-4531-ACD4-1EEAA5177E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D69F01-1265-4274-AACB-FEA8BB7203C9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f53619cc-f396-4fcd-a92c-f5cda1e4b090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b485582e-1b07-4ac8-b0b7-6d2ee3e1371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Di Salvo Arianna</dc:creator>
  <keywords/>
  <dc:description>generated by python-docx</dc:description>
  <lastModifiedBy>Di Salvo Arianna</lastModifiedBy>
  <revision>10</revision>
  <dcterms:created xsi:type="dcterms:W3CDTF">2026-08-20T12:12:00.0000000Z</dcterms:created>
  <dcterms:modified xsi:type="dcterms:W3CDTF">2026-08-27T07:47:06.6408594Z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0x010100E44B8C63F882034DAC9A4FE4E03DD696</vt:lpwstr>
  </property>
  <property fmtid="{D5CDD505-2E9C-101B-9397-08002B2CF9AE}" pid="3" name="MediaServiceImageTags">
    <vt:lpwstr/>
  </property>
</Properties>
</file>