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EDB1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  <w:r w:rsidRPr="004F3256">
        <w:rPr>
          <w:b w:val="0"/>
          <w:sz w:val="20"/>
        </w:rPr>
        <w:t xml:space="preserve">Spett.le </w:t>
      </w:r>
    </w:p>
    <w:p w14:paraId="1A5A8787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>Ufficio di Piano</w:t>
      </w:r>
    </w:p>
    <w:p w14:paraId="1E0E12EC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Ambito Territoriale Sociale di Monza </w:t>
      </w:r>
    </w:p>
    <w:p w14:paraId="1CF8A926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c/o Comune di Monza </w:t>
      </w:r>
    </w:p>
    <w:p w14:paraId="0A7DE03D" w14:textId="77777777" w:rsidR="0024670D" w:rsidRPr="004F3256" w:rsidRDefault="0024670D" w:rsidP="0024670D">
      <w:pPr>
        <w:pStyle w:val="Indirizzodestinatario"/>
        <w:ind w:left="4248"/>
        <w:rPr>
          <w:sz w:val="20"/>
        </w:rPr>
      </w:pPr>
      <w:r w:rsidRPr="004F3256">
        <w:rPr>
          <w:b w:val="0"/>
          <w:sz w:val="20"/>
        </w:rPr>
        <w:t xml:space="preserve">Via Casati 19, 20900, Monza </w:t>
      </w:r>
    </w:p>
    <w:p w14:paraId="1A1037F0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</w:p>
    <w:p w14:paraId="7B3EB95E" w14:textId="77777777" w:rsidR="0024670D" w:rsidRPr="004F3256" w:rsidRDefault="0024670D" w:rsidP="0024670D">
      <w:pPr>
        <w:pStyle w:val="Indirizzodestinatario"/>
        <w:ind w:left="4248"/>
        <w:rPr>
          <w:b w:val="0"/>
          <w:sz w:val="20"/>
        </w:rPr>
      </w:pPr>
      <w:r w:rsidRPr="004F3256">
        <w:rPr>
          <w:b w:val="0"/>
          <w:sz w:val="20"/>
        </w:rPr>
        <w:t>Via PEC monza@pec.comune.monza.it</w:t>
      </w:r>
    </w:p>
    <w:p w14:paraId="168DBC5A" w14:textId="77777777" w:rsidR="00790732" w:rsidRDefault="00C77669" w:rsidP="00C67DDC">
      <w:pPr>
        <w:ind w:left="-567" w:right="-432"/>
        <w:jc w:val="both"/>
        <w:rPr>
          <w:rFonts w:ascii="Trebuchet MS" w:hAnsi="Trebuchet MS"/>
          <w:b/>
          <w:bCs/>
          <w:sz w:val="20"/>
          <w:szCs w:val="20"/>
        </w:rPr>
      </w:pPr>
      <w:r w:rsidRPr="004F3256">
        <w:rPr>
          <w:rFonts w:ascii="Trebuchet MS" w:hAnsi="Trebuchet MS"/>
          <w:sz w:val="20"/>
          <w:szCs w:val="20"/>
        </w:rPr>
        <w:br/>
      </w:r>
    </w:p>
    <w:p w14:paraId="1865E51B" w14:textId="0CCC5962" w:rsidR="00C67DDC" w:rsidRPr="00790732" w:rsidRDefault="00C77669" w:rsidP="00C67DDC">
      <w:pPr>
        <w:ind w:left="-567" w:right="-432"/>
        <w:jc w:val="both"/>
        <w:rPr>
          <w:rFonts w:ascii="Trebuchet MS" w:hAnsi="Trebuchet MS"/>
          <w:b/>
          <w:bCs/>
          <w:sz w:val="20"/>
          <w:szCs w:val="20"/>
        </w:rPr>
      </w:pPr>
      <w:r w:rsidRPr="00790732">
        <w:rPr>
          <w:rFonts w:ascii="Trebuchet MS" w:hAnsi="Trebuchet MS"/>
          <w:b/>
          <w:bCs/>
          <w:sz w:val="20"/>
          <w:szCs w:val="20"/>
        </w:rPr>
        <w:t>OGGETTO: DICHIARAZIONE</w:t>
      </w:r>
      <w:r w:rsidR="00C67DDC" w:rsidRPr="00790732">
        <w:rPr>
          <w:rFonts w:ascii="Trebuchet MS" w:hAnsi="Trebuchet MS"/>
          <w:b/>
          <w:bCs/>
          <w:sz w:val="20"/>
          <w:szCs w:val="20"/>
        </w:rPr>
        <w:t xml:space="preserve"> DOMANDA DI CONTRIBUTO </w:t>
      </w:r>
    </w:p>
    <w:p w14:paraId="3670F950" w14:textId="5EB4FBED" w:rsidR="00523B1E" w:rsidRPr="004F3256" w:rsidRDefault="00C77669" w:rsidP="00C67DDC">
      <w:pPr>
        <w:ind w:left="-567" w:right="-432"/>
        <w:jc w:val="both"/>
        <w:rPr>
          <w:rFonts w:ascii="Trebuchet MS" w:hAnsi="Trebuchet MS"/>
          <w:sz w:val="20"/>
          <w:szCs w:val="20"/>
        </w:rPr>
      </w:pPr>
      <w:r w:rsidRPr="004F3256">
        <w:rPr>
          <w:rFonts w:ascii="Trebuchet MS" w:hAnsi="Trebuchet MS"/>
          <w:sz w:val="20"/>
          <w:szCs w:val="20"/>
        </w:rPr>
        <w:br/>
        <w:t>Il</w:t>
      </w:r>
      <w:r w:rsidR="00C67DDC">
        <w:rPr>
          <w:rFonts w:ascii="Trebuchet MS" w:hAnsi="Trebuchet MS"/>
          <w:sz w:val="20"/>
          <w:szCs w:val="20"/>
        </w:rPr>
        <w:t>/la</w:t>
      </w:r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sottoscritto</w:t>
      </w:r>
      <w:proofErr w:type="spellEnd"/>
      <w:r w:rsidR="00C67DDC">
        <w:rPr>
          <w:rFonts w:ascii="Trebuchet MS" w:hAnsi="Trebuchet MS"/>
          <w:sz w:val="20"/>
          <w:szCs w:val="20"/>
        </w:rPr>
        <w:t>/a</w:t>
      </w:r>
      <w:r w:rsidRPr="004F3256">
        <w:rPr>
          <w:rFonts w:ascii="Trebuchet MS" w:hAnsi="Trebuchet MS"/>
          <w:sz w:val="20"/>
          <w:szCs w:val="20"/>
        </w:rPr>
        <w:t xml:space="preserve"> ______________________________</w:t>
      </w:r>
      <w:r w:rsidR="002057EC" w:rsidRPr="004F3256">
        <w:rPr>
          <w:rFonts w:ascii="Trebuchet MS" w:hAnsi="Trebuchet MS"/>
          <w:sz w:val="20"/>
          <w:szCs w:val="20"/>
        </w:rPr>
        <w:t>____________</w:t>
      </w:r>
      <w:r w:rsidR="00817A5C"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817A5C" w:rsidRPr="004F3256">
        <w:rPr>
          <w:rFonts w:ascii="Trebuchet MS" w:hAnsi="Trebuchet MS"/>
          <w:sz w:val="20"/>
          <w:szCs w:val="20"/>
        </w:rPr>
        <w:t>nato</w:t>
      </w:r>
      <w:proofErr w:type="spellEnd"/>
      <w:r w:rsidR="00817A5C" w:rsidRPr="004F3256">
        <w:rPr>
          <w:rFonts w:ascii="Trebuchet MS" w:hAnsi="Trebuchet MS"/>
          <w:sz w:val="20"/>
          <w:szCs w:val="20"/>
        </w:rPr>
        <w:t>/a a ________________________ il _____________________</w:t>
      </w:r>
      <w:r w:rsidR="00C67DDC">
        <w:rPr>
          <w:rFonts w:ascii="Trebuchet MS" w:hAnsi="Trebuchet MS"/>
          <w:sz w:val="20"/>
          <w:szCs w:val="20"/>
        </w:rPr>
        <w:t>_______________</w:t>
      </w:r>
      <w:r w:rsidR="00790732">
        <w:rPr>
          <w:rFonts w:ascii="Trebuchet MS" w:hAnsi="Trebuchet MS"/>
          <w:sz w:val="20"/>
          <w:szCs w:val="20"/>
        </w:rPr>
        <w:t>_______</w:t>
      </w:r>
      <w:r w:rsidRPr="004F3256">
        <w:rPr>
          <w:rFonts w:ascii="Trebuchet MS" w:hAnsi="Trebuchet MS"/>
          <w:sz w:val="20"/>
          <w:szCs w:val="20"/>
        </w:rPr>
        <w:t xml:space="preserve"> in </w:t>
      </w:r>
      <w:proofErr w:type="spellStart"/>
      <w:r w:rsidRPr="004F3256">
        <w:rPr>
          <w:rFonts w:ascii="Trebuchet MS" w:hAnsi="Trebuchet MS"/>
          <w:sz w:val="20"/>
          <w:szCs w:val="20"/>
        </w:rPr>
        <w:t>qualità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di </w:t>
      </w:r>
      <w:proofErr w:type="spellStart"/>
      <w:r w:rsidRPr="004F3256">
        <w:rPr>
          <w:rFonts w:ascii="Trebuchet MS" w:hAnsi="Trebuchet MS"/>
          <w:sz w:val="20"/>
          <w:szCs w:val="20"/>
        </w:rPr>
        <w:t>Legale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Rappresentante</w:t>
      </w:r>
      <w:proofErr w:type="spellEnd"/>
      <w:r w:rsidR="00FB08F9"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dell'Ente</w:t>
      </w:r>
      <w:proofErr w:type="spellEnd"/>
      <w:r w:rsidRPr="004F3256">
        <w:rPr>
          <w:rFonts w:ascii="Trebuchet MS" w:hAnsi="Trebuchet MS"/>
          <w:sz w:val="20"/>
          <w:szCs w:val="20"/>
        </w:rPr>
        <w:t>/</w:t>
      </w:r>
      <w:proofErr w:type="spellStart"/>
      <w:r w:rsidRPr="004F3256">
        <w:rPr>
          <w:rFonts w:ascii="Trebuchet MS" w:hAnsi="Trebuchet MS"/>
          <w:sz w:val="20"/>
          <w:szCs w:val="20"/>
        </w:rPr>
        <w:t>Associazione</w:t>
      </w:r>
      <w:proofErr w:type="spellEnd"/>
      <w:r w:rsidRPr="004F3256">
        <w:rPr>
          <w:rFonts w:ascii="Trebuchet MS" w:hAnsi="Trebuchet MS"/>
          <w:sz w:val="20"/>
          <w:szCs w:val="20"/>
        </w:rPr>
        <w:t>/</w:t>
      </w:r>
      <w:proofErr w:type="spellStart"/>
      <w:r w:rsidRPr="004F3256">
        <w:rPr>
          <w:rFonts w:ascii="Trebuchet MS" w:hAnsi="Trebuchet MS"/>
          <w:sz w:val="20"/>
          <w:szCs w:val="20"/>
        </w:rPr>
        <w:t>Società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_</w:t>
      </w:r>
      <w:r w:rsidR="002057EC" w:rsidRPr="004F3256">
        <w:rPr>
          <w:rFonts w:ascii="Trebuchet MS" w:hAnsi="Trebuchet MS"/>
          <w:sz w:val="20"/>
          <w:szCs w:val="20"/>
        </w:rPr>
        <w:t>___________________________________</w:t>
      </w:r>
      <w:r w:rsidR="00790732">
        <w:rPr>
          <w:rFonts w:ascii="Trebuchet MS" w:hAnsi="Trebuchet MS"/>
          <w:sz w:val="20"/>
          <w:szCs w:val="20"/>
        </w:rPr>
        <w:t>___________________________</w:t>
      </w:r>
      <w:r w:rsidRPr="004F3256">
        <w:rPr>
          <w:rFonts w:ascii="Trebuchet MS" w:hAnsi="Trebuchet MS"/>
          <w:sz w:val="20"/>
          <w:szCs w:val="20"/>
        </w:rPr>
        <w:br/>
        <w:t xml:space="preserve">con </w:t>
      </w:r>
      <w:proofErr w:type="spellStart"/>
      <w:r w:rsidRPr="004F3256">
        <w:rPr>
          <w:rFonts w:ascii="Trebuchet MS" w:hAnsi="Trebuchet MS"/>
          <w:sz w:val="20"/>
          <w:szCs w:val="20"/>
        </w:rPr>
        <w:t>sede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legale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in ______________________________</w:t>
      </w:r>
      <w:r w:rsidR="002057EC" w:rsidRPr="004F3256">
        <w:rPr>
          <w:rFonts w:ascii="Trebuchet MS" w:hAnsi="Trebuchet MS"/>
          <w:sz w:val="20"/>
          <w:szCs w:val="20"/>
        </w:rPr>
        <w:t>__</w:t>
      </w:r>
      <w:r w:rsidRPr="004F3256">
        <w:rPr>
          <w:rFonts w:ascii="Trebuchet MS" w:hAnsi="Trebuchet MS"/>
          <w:sz w:val="20"/>
          <w:szCs w:val="20"/>
        </w:rPr>
        <w:t xml:space="preserve"> Via ______________________________</w:t>
      </w:r>
      <w:r w:rsidR="002057EC" w:rsidRPr="004F3256">
        <w:rPr>
          <w:rFonts w:ascii="Trebuchet MS" w:hAnsi="Trebuchet MS"/>
          <w:sz w:val="20"/>
          <w:szCs w:val="20"/>
        </w:rPr>
        <w:t>____</w:t>
      </w:r>
      <w:r w:rsidRPr="004F3256">
        <w:rPr>
          <w:rFonts w:ascii="Trebuchet MS" w:hAnsi="Trebuchet MS"/>
          <w:sz w:val="20"/>
          <w:szCs w:val="20"/>
        </w:rPr>
        <w:br/>
      </w:r>
      <w:proofErr w:type="spellStart"/>
      <w:r w:rsidRPr="004F3256">
        <w:rPr>
          <w:rFonts w:ascii="Trebuchet MS" w:hAnsi="Trebuchet MS"/>
          <w:sz w:val="20"/>
          <w:szCs w:val="20"/>
        </w:rPr>
        <w:t>codice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fiscale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_________________________ P. IVA ______________________________</w:t>
      </w:r>
      <w:r w:rsidR="002057EC" w:rsidRPr="004F3256">
        <w:rPr>
          <w:rFonts w:ascii="Trebuchet MS" w:hAnsi="Trebuchet MS"/>
          <w:sz w:val="20"/>
          <w:szCs w:val="20"/>
        </w:rPr>
        <w:t>________________</w:t>
      </w:r>
      <w:r w:rsidRPr="004F3256">
        <w:rPr>
          <w:rFonts w:ascii="Trebuchet MS" w:hAnsi="Trebuchet MS"/>
          <w:sz w:val="20"/>
          <w:szCs w:val="20"/>
        </w:rPr>
        <w:br/>
      </w:r>
      <w:r w:rsidRPr="004F3256">
        <w:rPr>
          <w:rFonts w:ascii="Trebuchet MS" w:hAnsi="Trebuchet MS"/>
          <w:sz w:val="20"/>
          <w:szCs w:val="20"/>
        </w:rPr>
        <w:br/>
      </w:r>
      <w:proofErr w:type="spellStart"/>
      <w:r w:rsidR="00523B1E" w:rsidRPr="004F3256">
        <w:rPr>
          <w:rFonts w:ascii="Trebuchet MS" w:hAnsi="Trebuchet MS"/>
          <w:sz w:val="20"/>
          <w:szCs w:val="20"/>
        </w:rPr>
        <w:t>r</w:t>
      </w:r>
      <w:r w:rsidRPr="004F3256">
        <w:rPr>
          <w:rFonts w:ascii="Trebuchet MS" w:hAnsi="Trebuchet MS"/>
          <w:sz w:val="20"/>
          <w:szCs w:val="20"/>
        </w:rPr>
        <w:t>elativamente</w:t>
      </w:r>
      <w:proofErr w:type="spellEnd"/>
      <w:r w:rsidR="00D04DBD" w:rsidRPr="004F3256">
        <w:rPr>
          <w:rFonts w:ascii="Trebuchet MS" w:hAnsi="Trebuchet MS"/>
          <w:sz w:val="20"/>
          <w:szCs w:val="20"/>
        </w:rPr>
        <w:t xml:space="preserve"> al </w:t>
      </w:r>
      <w:proofErr w:type="spellStart"/>
      <w:r w:rsidR="00D04DBD" w:rsidRPr="004F3256">
        <w:rPr>
          <w:rFonts w:ascii="Trebuchet MS" w:hAnsi="Trebuchet MS"/>
          <w:sz w:val="20"/>
          <w:szCs w:val="20"/>
        </w:rPr>
        <w:t>contributo</w:t>
      </w:r>
      <w:proofErr w:type="spellEnd"/>
      <w:r w:rsidR="00523B1E"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523B1E" w:rsidRPr="004F3256">
        <w:rPr>
          <w:rFonts w:ascii="Trebuchet MS" w:hAnsi="Trebuchet MS"/>
          <w:sz w:val="20"/>
          <w:szCs w:val="20"/>
        </w:rPr>
        <w:t>concesso</w:t>
      </w:r>
      <w:proofErr w:type="spellEnd"/>
      <w:r w:rsidR="00523B1E"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523B1E" w:rsidRPr="004F3256">
        <w:rPr>
          <w:rFonts w:ascii="Trebuchet MS" w:hAnsi="Trebuchet MS"/>
          <w:sz w:val="20"/>
          <w:szCs w:val="20"/>
        </w:rPr>
        <w:t>nel’ambito</w:t>
      </w:r>
      <w:proofErr w:type="spellEnd"/>
      <w:r w:rsidR="00523B1E" w:rsidRPr="004F3256">
        <w:rPr>
          <w:rFonts w:ascii="Trebuchet MS" w:hAnsi="Trebuchet MS"/>
          <w:sz w:val="20"/>
          <w:szCs w:val="20"/>
        </w:rPr>
        <w:t xml:space="preserve"> del bando</w:t>
      </w:r>
      <w:r w:rsidR="00D04DBD" w:rsidRPr="004F3256">
        <w:rPr>
          <w:rFonts w:ascii="Trebuchet MS" w:hAnsi="Trebuchet MS"/>
          <w:sz w:val="20"/>
          <w:szCs w:val="20"/>
        </w:rPr>
        <w:t xml:space="preserve"> </w:t>
      </w:r>
      <w:r w:rsidR="00523B1E" w:rsidRPr="004F3256">
        <w:rPr>
          <w:rFonts w:ascii="Trebuchet MS" w:hAnsi="Trebuchet MS"/>
          <w:sz w:val="20"/>
          <w:szCs w:val="20"/>
        </w:rPr>
        <w:t>FONDO SOCIALE REGIONALE 2026</w:t>
      </w:r>
      <w:r w:rsidRPr="004F3256">
        <w:rPr>
          <w:rFonts w:ascii="Trebuchet MS" w:hAnsi="Trebuchet MS"/>
          <w:sz w:val="20"/>
          <w:szCs w:val="20"/>
        </w:rPr>
        <w:t>:</w:t>
      </w:r>
      <w:r w:rsidRPr="004F3256">
        <w:rPr>
          <w:rFonts w:ascii="Trebuchet MS" w:hAnsi="Trebuchet MS"/>
          <w:sz w:val="20"/>
          <w:szCs w:val="20"/>
        </w:rPr>
        <w:br/>
      </w:r>
    </w:p>
    <w:p w14:paraId="60F0275D" w14:textId="3322E658" w:rsidR="00B61DC4" w:rsidRPr="004F3256" w:rsidRDefault="00B61DC4" w:rsidP="002057EC">
      <w:pPr>
        <w:ind w:left="-567" w:right="-432"/>
        <w:jc w:val="both"/>
        <w:rPr>
          <w:rFonts w:ascii="Trebuchet MS" w:hAnsi="Trebuchet MS"/>
          <w:sz w:val="20"/>
          <w:szCs w:val="20"/>
        </w:rPr>
      </w:pPr>
      <w:proofErr w:type="spellStart"/>
      <w:r w:rsidRPr="004F3256">
        <w:rPr>
          <w:rFonts w:ascii="Trebuchet MS" w:hAnsi="Trebuchet MS"/>
          <w:sz w:val="20"/>
          <w:szCs w:val="20"/>
        </w:rPr>
        <w:t>consapevole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che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le </w:t>
      </w:r>
      <w:proofErr w:type="spellStart"/>
      <w:r w:rsidRPr="004F3256">
        <w:rPr>
          <w:rFonts w:ascii="Trebuchet MS" w:hAnsi="Trebuchet MS"/>
          <w:sz w:val="20"/>
          <w:szCs w:val="20"/>
        </w:rPr>
        <w:t>dichiarazioni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mendaci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sono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punite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penalmente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ai sensi </w:t>
      </w:r>
      <w:proofErr w:type="spellStart"/>
      <w:r w:rsidRPr="004F3256">
        <w:rPr>
          <w:rFonts w:ascii="Trebuchet MS" w:hAnsi="Trebuchet MS"/>
          <w:sz w:val="20"/>
          <w:szCs w:val="20"/>
        </w:rPr>
        <w:t>dell'art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. 76 del D.P.R. 28 </w:t>
      </w:r>
      <w:proofErr w:type="spellStart"/>
      <w:r w:rsidRPr="004F3256">
        <w:rPr>
          <w:rFonts w:ascii="Trebuchet MS" w:hAnsi="Trebuchet MS"/>
          <w:sz w:val="20"/>
          <w:szCs w:val="20"/>
        </w:rPr>
        <w:t>dicembre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2000, n. 445, e </w:t>
      </w:r>
      <w:proofErr w:type="spellStart"/>
      <w:r w:rsidRPr="004F3256">
        <w:rPr>
          <w:rFonts w:ascii="Trebuchet MS" w:hAnsi="Trebuchet MS"/>
          <w:sz w:val="20"/>
          <w:szCs w:val="20"/>
        </w:rPr>
        <w:t>che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codesta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Amministrazione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effettuerà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controlli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, </w:t>
      </w:r>
      <w:proofErr w:type="spellStart"/>
      <w:r w:rsidRPr="004F3256">
        <w:rPr>
          <w:rFonts w:ascii="Trebuchet MS" w:hAnsi="Trebuchet MS"/>
          <w:sz w:val="20"/>
          <w:szCs w:val="20"/>
        </w:rPr>
        <w:t>anche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a </w:t>
      </w:r>
      <w:proofErr w:type="spellStart"/>
      <w:r w:rsidRPr="004F3256">
        <w:rPr>
          <w:rFonts w:ascii="Trebuchet MS" w:hAnsi="Trebuchet MS"/>
          <w:sz w:val="20"/>
          <w:szCs w:val="20"/>
        </w:rPr>
        <w:t>campione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, </w:t>
      </w:r>
      <w:proofErr w:type="spellStart"/>
      <w:r w:rsidRPr="004F3256">
        <w:rPr>
          <w:rFonts w:ascii="Trebuchet MS" w:hAnsi="Trebuchet MS"/>
          <w:sz w:val="20"/>
          <w:szCs w:val="20"/>
        </w:rPr>
        <w:t>sulle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dichiarazioni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rese</w:t>
      </w:r>
    </w:p>
    <w:p w14:paraId="3D5629E9" w14:textId="77777777" w:rsidR="00083BAA" w:rsidRPr="00790732" w:rsidRDefault="00C77669" w:rsidP="00B61DC4">
      <w:pPr>
        <w:pStyle w:val="NormaleWeb"/>
        <w:ind w:left="-567" w:right="-432"/>
        <w:jc w:val="center"/>
        <w:rPr>
          <w:rFonts w:ascii="Trebuchet MS" w:hAnsi="Trebuchet MS"/>
          <w:b/>
          <w:bCs/>
          <w:sz w:val="20"/>
          <w:szCs w:val="20"/>
        </w:rPr>
      </w:pPr>
      <w:r w:rsidRPr="00790732">
        <w:rPr>
          <w:rFonts w:ascii="Trebuchet MS" w:hAnsi="Trebuchet MS"/>
          <w:b/>
          <w:bCs/>
          <w:sz w:val="20"/>
          <w:szCs w:val="20"/>
        </w:rPr>
        <w:t>DICHIARA</w:t>
      </w:r>
    </w:p>
    <w:p w14:paraId="278590A2" w14:textId="7BE426E9" w:rsidR="00083BAA" w:rsidRPr="00790732" w:rsidRDefault="00C77669" w:rsidP="00083BAA">
      <w:pPr>
        <w:pStyle w:val="NormaleWeb"/>
        <w:spacing w:after="0" w:afterAutospacing="0"/>
        <w:ind w:left="-567" w:right="-432"/>
        <w:rPr>
          <w:rFonts w:ascii="Trebuchet MS" w:hAnsi="Trebuchet MS"/>
          <w:b/>
          <w:bCs/>
          <w:color w:val="000000"/>
          <w:sz w:val="20"/>
          <w:szCs w:val="20"/>
        </w:rPr>
      </w:pPr>
      <w:r w:rsidRPr="004F3256">
        <w:rPr>
          <w:rFonts w:ascii="Segoe UI Symbol" w:hAnsi="Segoe UI Symbol" w:cs="Segoe UI Symbol"/>
          <w:sz w:val="20"/>
          <w:szCs w:val="20"/>
        </w:rPr>
        <w:t>☐</w:t>
      </w:r>
      <w:r w:rsidRPr="004F3256">
        <w:rPr>
          <w:rFonts w:ascii="Trebuchet MS" w:hAnsi="Trebuchet MS"/>
          <w:sz w:val="20"/>
          <w:szCs w:val="20"/>
        </w:rPr>
        <w:t xml:space="preserve"> di NON avere </w:t>
      </w:r>
      <w:proofErr w:type="spellStart"/>
      <w:r w:rsidRPr="004F3256">
        <w:rPr>
          <w:rFonts w:ascii="Trebuchet MS" w:hAnsi="Trebuchet MS"/>
          <w:sz w:val="20"/>
          <w:szCs w:val="20"/>
        </w:rPr>
        <w:t>pendenze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con il </w:t>
      </w:r>
      <w:proofErr w:type="spellStart"/>
      <w:r w:rsidRPr="004F3256">
        <w:rPr>
          <w:rFonts w:ascii="Trebuchet MS" w:hAnsi="Trebuchet MS"/>
          <w:sz w:val="20"/>
          <w:szCs w:val="20"/>
        </w:rPr>
        <w:t>Fisco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derivanti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dalla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notifica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di </w:t>
      </w:r>
      <w:proofErr w:type="spellStart"/>
      <w:r w:rsidRPr="004F3256">
        <w:rPr>
          <w:rFonts w:ascii="Trebuchet MS" w:hAnsi="Trebuchet MS"/>
          <w:sz w:val="20"/>
          <w:szCs w:val="20"/>
        </w:rPr>
        <w:t>cartelle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di </w:t>
      </w:r>
      <w:proofErr w:type="spellStart"/>
      <w:r w:rsidRPr="004F3256">
        <w:rPr>
          <w:rFonts w:ascii="Trebuchet MS" w:hAnsi="Trebuchet MS"/>
          <w:sz w:val="20"/>
          <w:szCs w:val="20"/>
        </w:rPr>
        <w:t>pagamento</w:t>
      </w:r>
      <w:proofErr w:type="spellEnd"/>
      <w:r w:rsidRPr="004F3256">
        <w:rPr>
          <w:rFonts w:ascii="Trebuchet MS" w:hAnsi="Trebuchet MS"/>
          <w:sz w:val="20"/>
          <w:szCs w:val="20"/>
        </w:rPr>
        <w:t>;</w:t>
      </w:r>
      <w:r w:rsidRPr="004F3256">
        <w:rPr>
          <w:rFonts w:ascii="Trebuchet MS" w:hAnsi="Trebuchet MS"/>
          <w:sz w:val="20"/>
          <w:szCs w:val="20"/>
        </w:rPr>
        <w:br/>
      </w:r>
      <w:r w:rsidRPr="004F3256">
        <w:rPr>
          <w:rFonts w:ascii="Segoe UI Symbol" w:hAnsi="Segoe UI Symbol" w:cs="Segoe UI Symbol"/>
          <w:sz w:val="20"/>
          <w:szCs w:val="20"/>
        </w:rPr>
        <w:t>☐</w:t>
      </w:r>
      <w:r w:rsidRPr="004F3256">
        <w:rPr>
          <w:rFonts w:ascii="Trebuchet MS" w:hAnsi="Trebuchet MS"/>
          <w:sz w:val="20"/>
          <w:szCs w:val="20"/>
        </w:rPr>
        <w:t xml:space="preserve"> di </w:t>
      </w:r>
      <w:proofErr w:type="spellStart"/>
      <w:r w:rsidRPr="004F3256">
        <w:rPr>
          <w:rFonts w:ascii="Trebuchet MS" w:hAnsi="Trebuchet MS"/>
          <w:sz w:val="20"/>
          <w:szCs w:val="20"/>
        </w:rPr>
        <w:t>essere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in </w:t>
      </w:r>
      <w:proofErr w:type="spellStart"/>
      <w:r w:rsidRPr="004F3256">
        <w:rPr>
          <w:rFonts w:ascii="Trebuchet MS" w:hAnsi="Trebuchet MS"/>
          <w:sz w:val="20"/>
          <w:szCs w:val="20"/>
        </w:rPr>
        <w:t>regola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con il </w:t>
      </w:r>
      <w:proofErr w:type="spellStart"/>
      <w:r w:rsidRPr="004F3256">
        <w:rPr>
          <w:rFonts w:ascii="Trebuchet MS" w:hAnsi="Trebuchet MS"/>
          <w:sz w:val="20"/>
          <w:szCs w:val="20"/>
        </w:rPr>
        <w:t>versamento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delle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ritenute fiscali e contributive.</w:t>
      </w:r>
      <w:r w:rsidRPr="004F3256">
        <w:rPr>
          <w:rFonts w:ascii="Trebuchet MS" w:hAnsi="Trebuchet MS"/>
          <w:sz w:val="20"/>
          <w:szCs w:val="20"/>
        </w:rPr>
        <w:br/>
      </w:r>
      <w:r w:rsidRPr="004F3256">
        <w:rPr>
          <w:rFonts w:ascii="Trebuchet MS" w:hAnsi="Trebuchet MS"/>
          <w:sz w:val="20"/>
          <w:szCs w:val="20"/>
        </w:rPr>
        <w:br/>
      </w:r>
      <w:r w:rsidR="00083BAA" w:rsidRPr="004F3256">
        <w:rPr>
          <w:rFonts w:ascii="Trebuchet MS" w:hAnsi="Trebuchet MS"/>
          <w:color w:val="000000"/>
          <w:sz w:val="20"/>
          <w:szCs w:val="20"/>
        </w:rPr>
        <w:t xml:space="preserve">                                              </w:t>
      </w:r>
      <w:r w:rsidR="00790732">
        <w:rPr>
          <w:rFonts w:ascii="Trebuchet MS" w:hAnsi="Trebuchet MS"/>
          <w:color w:val="000000"/>
          <w:sz w:val="20"/>
          <w:szCs w:val="20"/>
        </w:rPr>
        <w:t xml:space="preserve">                 </w:t>
      </w:r>
      <w:r w:rsidR="004C5D42" w:rsidRPr="00790732">
        <w:rPr>
          <w:rFonts w:ascii="Trebuchet MS" w:hAnsi="Trebuchet MS"/>
          <w:b/>
          <w:bCs/>
          <w:color w:val="000000"/>
          <w:sz w:val="20"/>
          <w:szCs w:val="20"/>
        </w:rPr>
        <w:t>DICHIARA</w:t>
      </w:r>
      <w:r w:rsidR="00083BAA" w:rsidRPr="00790732">
        <w:rPr>
          <w:rFonts w:ascii="Trebuchet MS" w:hAnsi="Trebuchet MS"/>
          <w:b/>
          <w:bCs/>
          <w:color w:val="000000"/>
          <w:sz w:val="20"/>
          <w:szCs w:val="20"/>
        </w:rPr>
        <w:t xml:space="preserve"> ALTRESÌ CHE</w:t>
      </w:r>
    </w:p>
    <w:p w14:paraId="47E73CF7" w14:textId="2E4BA855" w:rsidR="004C5D42" w:rsidRPr="00790732" w:rsidRDefault="004C5D42" w:rsidP="00083BAA">
      <w:pPr>
        <w:pStyle w:val="NormaleWeb"/>
        <w:spacing w:before="0" w:beforeAutospacing="0"/>
        <w:ind w:left="-567" w:right="-432"/>
        <w:jc w:val="center"/>
        <w:rPr>
          <w:rFonts w:ascii="Trebuchet MS" w:hAnsi="Trebuchet MS"/>
          <w:i/>
          <w:iCs/>
          <w:color w:val="000000"/>
          <w:sz w:val="20"/>
          <w:szCs w:val="20"/>
        </w:rPr>
      </w:pPr>
      <w:r w:rsidRPr="00790732">
        <w:rPr>
          <w:rFonts w:ascii="Trebuchet MS" w:hAnsi="Trebuchet MS"/>
          <w:i/>
          <w:iCs/>
          <w:color w:val="000000"/>
          <w:sz w:val="20"/>
          <w:szCs w:val="20"/>
        </w:rPr>
        <w:t>(barrare l’opzione prescelta)</w:t>
      </w:r>
    </w:p>
    <w:p w14:paraId="25852A42" w14:textId="0C0DB4DC" w:rsidR="002501ED" w:rsidRPr="004F3256" w:rsidRDefault="004C5D42" w:rsidP="00994123">
      <w:pPr>
        <w:pStyle w:val="NormaleWeb"/>
        <w:ind w:left="-567" w:right="-432"/>
        <w:jc w:val="both"/>
        <w:rPr>
          <w:rFonts w:ascii="Trebuchet MS" w:hAnsi="Trebuchet MS"/>
          <w:color w:val="000000"/>
          <w:sz w:val="20"/>
          <w:szCs w:val="20"/>
        </w:rPr>
      </w:pPr>
      <w:r w:rsidRPr="004F3256">
        <w:rPr>
          <w:rFonts w:ascii="Trebuchet MS" w:hAnsi="Trebuchet MS"/>
          <w:color w:val="000000"/>
          <w:sz w:val="20"/>
          <w:szCs w:val="20"/>
        </w:rPr>
        <w:t xml:space="preserve">ai fini dell’applicazione della ritenuta del 4% prevista dal secondo comma dell’art. 28 del D.P.R. n. 600 del 29.09.1973 che il contributo oggetto della richiesta è da considerarsi come </w:t>
      </w:r>
      <w:proofErr w:type="gramStart"/>
      <w:r w:rsidRPr="004F3256">
        <w:rPr>
          <w:rFonts w:ascii="Trebuchet MS" w:hAnsi="Trebuchet MS"/>
          <w:color w:val="000000"/>
          <w:sz w:val="20"/>
          <w:szCs w:val="20"/>
        </w:rPr>
        <w:t>segue[</w:t>
      </w:r>
      <w:proofErr w:type="gramEnd"/>
      <w:r w:rsidRPr="004F3256">
        <w:rPr>
          <w:rFonts w:ascii="Trebuchet MS" w:hAnsi="Trebuchet MS"/>
          <w:color w:val="000000"/>
          <w:sz w:val="20"/>
          <w:szCs w:val="20"/>
        </w:rPr>
        <w:t>1]:</w:t>
      </w:r>
    </w:p>
    <w:tbl>
      <w:tblPr>
        <w:tblStyle w:val="Grigliatabella"/>
        <w:tblW w:w="10031" w:type="dxa"/>
        <w:tblInd w:w="-567" w:type="dxa"/>
        <w:tblLook w:val="04A0" w:firstRow="1" w:lastRow="0" w:firstColumn="1" w:lastColumn="0" w:noHBand="0" w:noVBand="1"/>
      </w:tblPr>
      <w:tblGrid>
        <w:gridCol w:w="10031"/>
      </w:tblGrid>
      <w:tr w:rsidR="002501ED" w:rsidRPr="004F3256" w14:paraId="52E20461" w14:textId="77777777" w:rsidTr="002501ED">
        <w:tc>
          <w:tcPr>
            <w:tcW w:w="10031" w:type="dxa"/>
          </w:tcPr>
          <w:p w14:paraId="15D621F9" w14:textId="00C89079" w:rsidR="002501ED" w:rsidRPr="004F3256" w:rsidRDefault="002501ED" w:rsidP="00790732">
            <w:pPr>
              <w:pStyle w:val="NormaleWeb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501ED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a) Società commerciali, enti commerciali, persona fisica imprenditore, soggetti esercitanti attività d’impresa</w:t>
            </w:r>
          </w:p>
        </w:tc>
      </w:tr>
      <w:tr w:rsidR="002501ED" w:rsidRPr="004F3256" w14:paraId="71EFC27E" w14:textId="77777777" w:rsidTr="002501ED">
        <w:tc>
          <w:tcPr>
            <w:tcW w:w="10031" w:type="dxa"/>
          </w:tcPr>
          <w:p w14:paraId="41BCBFAE" w14:textId="0335067D" w:rsidR="00994123" w:rsidRPr="004F3256" w:rsidRDefault="00994123" w:rsidP="00994123">
            <w:pPr>
              <w:pStyle w:val="NormaleWeb"/>
              <w:numPr>
                <w:ilvl w:val="0"/>
                <w:numId w:val="11"/>
              </w:numPr>
              <w:ind w:right="-432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da assoggettare alla ritenuta del 4%, in quanto </w:t>
            </w:r>
            <w:r w:rsidRPr="004F3256">
              <w:rPr>
                <w:rFonts w:ascii="Trebuchet MS" w:hAnsi="Trebuchet MS"/>
                <w:color w:val="000000"/>
                <w:sz w:val="20"/>
                <w:szCs w:val="20"/>
                <w:u w:val="single"/>
              </w:rPr>
              <w:t>contributo in conto esercizio</w:t>
            </w:r>
            <w:r w:rsidRPr="004F3256">
              <w:rPr>
                <w:rFonts w:ascii="Trebuchet MS" w:hAnsi="Trebuchet MS"/>
                <w:color w:val="000000"/>
                <w:sz w:val="20"/>
                <w:szCs w:val="20"/>
              </w:rPr>
              <w:t>;</w:t>
            </w:r>
          </w:p>
          <w:p w14:paraId="011255E6" w14:textId="52F570D3" w:rsidR="00994123" w:rsidRPr="004F3256" w:rsidRDefault="00994123" w:rsidP="00994123">
            <w:pPr>
              <w:pStyle w:val="NormaleWeb"/>
              <w:numPr>
                <w:ilvl w:val="0"/>
                <w:numId w:val="11"/>
              </w:numPr>
              <w:ind w:right="-432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da NON assoggettare alla ritenuta del 4%, in quanto </w:t>
            </w:r>
            <w:r w:rsidRPr="004F3256">
              <w:rPr>
                <w:rFonts w:ascii="Trebuchet MS" w:hAnsi="Trebuchet MS"/>
                <w:color w:val="000000"/>
                <w:sz w:val="20"/>
                <w:szCs w:val="20"/>
                <w:u w:val="single"/>
              </w:rPr>
              <w:t>contributo in conto impianti</w:t>
            </w:r>
            <w:r w:rsidRPr="004F3256">
              <w:rPr>
                <w:rFonts w:ascii="Trebuchet MS" w:hAnsi="Trebuchet MS"/>
                <w:color w:val="000000"/>
                <w:sz w:val="20"/>
                <w:szCs w:val="20"/>
              </w:rPr>
              <w:t>, riferito a beni da ammortizzare;</w:t>
            </w:r>
          </w:p>
          <w:p w14:paraId="37760A4F" w14:textId="2CF6286B" w:rsidR="00994123" w:rsidRPr="004F3256" w:rsidRDefault="00994123" w:rsidP="00994123">
            <w:pPr>
              <w:pStyle w:val="NormaleWeb"/>
              <w:numPr>
                <w:ilvl w:val="0"/>
                <w:numId w:val="11"/>
              </w:numPr>
              <w:ind w:right="-432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4F3256">
              <w:rPr>
                <w:rFonts w:ascii="Trebuchet MS" w:hAnsi="Trebuchet MS"/>
                <w:color w:val="000000"/>
                <w:sz w:val="20"/>
                <w:szCs w:val="20"/>
              </w:rPr>
              <w:t>da NON assoggettare alla ritenuta del 4%, per le disposizioni normative esposte di seguito [2]</w:t>
            </w:r>
          </w:p>
          <w:p w14:paraId="43CEDC8C" w14:textId="77777777" w:rsidR="002501ED" w:rsidRPr="004F3256" w:rsidRDefault="002501ED" w:rsidP="00083BAA">
            <w:pPr>
              <w:pStyle w:val="NormaleWeb"/>
              <w:ind w:right="-432"/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</w:tbl>
    <w:p w14:paraId="69895196" w14:textId="77777777" w:rsidR="002501ED" w:rsidRDefault="002501ED" w:rsidP="00083BAA">
      <w:pPr>
        <w:pStyle w:val="NormaleWeb"/>
        <w:ind w:left="-567" w:right="-432"/>
        <w:jc w:val="both"/>
        <w:rPr>
          <w:rFonts w:ascii="Trebuchet MS" w:hAnsi="Trebuchet MS"/>
          <w:color w:val="000000"/>
          <w:sz w:val="20"/>
          <w:szCs w:val="20"/>
        </w:rPr>
      </w:pPr>
    </w:p>
    <w:p w14:paraId="28A3AD07" w14:textId="77777777" w:rsidR="00790732" w:rsidRDefault="00790732" w:rsidP="00083BAA">
      <w:pPr>
        <w:pStyle w:val="NormaleWeb"/>
        <w:ind w:left="-567" w:right="-432"/>
        <w:jc w:val="both"/>
        <w:rPr>
          <w:rFonts w:ascii="Trebuchet MS" w:hAnsi="Trebuchet MS"/>
          <w:color w:val="000000"/>
          <w:sz w:val="20"/>
          <w:szCs w:val="20"/>
        </w:rPr>
      </w:pPr>
    </w:p>
    <w:p w14:paraId="50DB6C08" w14:textId="77777777" w:rsidR="00790732" w:rsidRPr="004F3256" w:rsidRDefault="00790732" w:rsidP="00083BAA">
      <w:pPr>
        <w:pStyle w:val="NormaleWeb"/>
        <w:ind w:left="-567" w:right="-432"/>
        <w:jc w:val="both"/>
        <w:rPr>
          <w:rFonts w:ascii="Trebuchet MS" w:hAnsi="Trebuchet MS"/>
          <w:color w:val="000000"/>
          <w:sz w:val="20"/>
          <w:szCs w:val="20"/>
        </w:rPr>
      </w:pPr>
    </w:p>
    <w:tbl>
      <w:tblPr>
        <w:tblStyle w:val="Grigliatabella"/>
        <w:tblW w:w="9889" w:type="dxa"/>
        <w:tblInd w:w="-567" w:type="dxa"/>
        <w:tblLook w:val="04A0" w:firstRow="1" w:lastRow="0" w:firstColumn="1" w:lastColumn="0" w:noHBand="0" w:noVBand="1"/>
      </w:tblPr>
      <w:tblGrid>
        <w:gridCol w:w="9889"/>
      </w:tblGrid>
      <w:tr w:rsidR="00BC36C8" w:rsidRPr="004F3256" w14:paraId="0535720F" w14:textId="77777777" w:rsidTr="00BC36C8">
        <w:tc>
          <w:tcPr>
            <w:tcW w:w="9889" w:type="dxa"/>
          </w:tcPr>
          <w:p w14:paraId="74373692" w14:textId="52930776" w:rsidR="00BC36C8" w:rsidRPr="00790732" w:rsidRDefault="00BC36C8" w:rsidP="00BC36C8">
            <w:pPr>
              <w:pStyle w:val="NormaleWeb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b) Enti non commerciali</w:t>
            </w:r>
          </w:p>
        </w:tc>
      </w:tr>
      <w:tr w:rsidR="00BC36C8" w:rsidRPr="004F3256" w14:paraId="40A24DAB" w14:textId="77777777" w:rsidTr="00BC36C8">
        <w:tc>
          <w:tcPr>
            <w:tcW w:w="9889" w:type="dxa"/>
          </w:tcPr>
          <w:p w14:paraId="6B9F8B3B" w14:textId="6FFDC2CD" w:rsidR="00BC36C8" w:rsidRPr="00BC36C8" w:rsidRDefault="00BC36C8" w:rsidP="00BC36C8">
            <w:pPr>
              <w:pStyle w:val="NormaleWeb"/>
              <w:numPr>
                <w:ilvl w:val="0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  <w:u w:val="single"/>
              </w:rPr>
              <w:t>contributo in conto esercizio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:</w:t>
            </w:r>
          </w:p>
          <w:p w14:paraId="62AD5057" w14:textId="70EE02E3" w:rsidR="00BC36C8" w:rsidRPr="00BC36C8" w:rsidRDefault="00BC36C8" w:rsidP="00F86826">
            <w:pPr>
              <w:pStyle w:val="NormaleWeb"/>
              <w:numPr>
                <w:ilvl w:val="1"/>
                <w:numId w:val="13"/>
              </w:numPr>
              <w:spacing w:after="0" w:afterAutospacing="0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da NON assoggettare alla ritenuta del 4%, in quanto il beneficiario si qualifica come:</w:t>
            </w:r>
          </w:p>
          <w:p w14:paraId="2DF007D4" w14:textId="75F1A2B7" w:rsidR="00BC36C8" w:rsidRPr="00BC36C8" w:rsidRDefault="00BC36C8" w:rsidP="00F86826">
            <w:pPr>
              <w:pStyle w:val="NormaleWeb"/>
              <w:numPr>
                <w:ilvl w:val="2"/>
                <w:numId w:val="14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ONLUS</w:t>
            </w:r>
          </w:p>
          <w:p w14:paraId="05208E51" w14:textId="77777777" w:rsidR="00470CD2" w:rsidRPr="004F3256" w:rsidRDefault="00BC36C8" w:rsidP="00470CD2">
            <w:pPr>
              <w:pStyle w:val="NormaleWeb"/>
              <w:numPr>
                <w:ilvl w:val="2"/>
                <w:numId w:val="14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Associazione di volontariato iscritta nei registri di cui alla L. 266/1991</w:t>
            </w:r>
          </w:p>
          <w:p w14:paraId="3219440E" w14:textId="33FCD267" w:rsidR="00BC36C8" w:rsidRPr="00BC36C8" w:rsidRDefault="00BC36C8" w:rsidP="00470CD2">
            <w:pPr>
              <w:pStyle w:val="NormaleWeb"/>
              <w:numPr>
                <w:ilvl w:val="2"/>
                <w:numId w:val="14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Altro (specificare esattamente le caratteristiche soggettive da cui deriva</w:t>
            </w:r>
            <w:r w:rsidR="00F86826"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l’esenzione)</w:t>
            </w:r>
          </w:p>
          <w:p w14:paraId="5FB18DFC" w14:textId="14ABF210" w:rsidR="00BC36C8" w:rsidRPr="00BC36C8" w:rsidRDefault="00BC36C8" w:rsidP="00470CD2">
            <w:pPr>
              <w:pStyle w:val="NormaleWeb"/>
              <w:numPr>
                <w:ilvl w:val="1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da NON assoggettare alla ritenuta del 4%, in quanto il contributo verrà impiegato</w:t>
            </w:r>
            <w:r w:rsidR="00470CD2"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nell’ambito di attività istituzionali</w:t>
            </w:r>
            <w:r w:rsidR="00470CD2" w:rsidRPr="004F3256">
              <w:rPr>
                <w:rFonts w:ascii="Trebuchet MS" w:hAnsi="Trebuchet MS"/>
                <w:color w:val="000000"/>
                <w:sz w:val="20"/>
                <w:szCs w:val="20"/>
              </w:rPr>
              <w:t>;</w:t>
            </w:r>
          </w:p>
          <w:p w14:paraId="6D07E635" w14:textId="35D59ED3" w:rsidR="00BC36C8" w:rsidRPr="00BC36C8" w:rsidRDefault="00BC36C8" w:rsidP="00470CD2">
            <w:pPr>
              <w:pStyle w:val="NormaleWeb"/>
              <w:numPr>
                <w:ilvl w:val="1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da NON assoggettare alla ritenuta del 4%, per le disposizioni normative esposte di seguito</w:t>
            </w:r>
            <w:r w:rsidR="00470CD2"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[3]</w:t>
            </w:r>
          </w:p>
          <w:p w14:paraId="63177B09" w14:textId="77777777" w:rsidR="00BC36C8" w:rsidRPr="00BC36C8" w:rsidRDefault="00BC36C8" w:rsidP="00380A74">
            <w:pPr>
              <w:pStyle w:val="NormaleWeb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_________________________________________________________________________</w:t>
            </w:r>
          </w:p>
          <w:p w14:paraId="4C6F2C53" w14:textId="670D999B" w:rsidR="00790732" w:rsidRDefault="00BC36C8" w:rsidP="00790732">
            <w:pPr>
              <w:pStyle w:val="NormaleWeb"/>
              <w:numPr>
                <w:ilvl w:val="1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da assoggettare alla ritenuta del 4% in quanto il contributo verrà impiegato nell’ambito di</w:t>
            </w:r>
            <w:r w:rsidR="006438A3" w:rsidRPr="004F3256"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attività commerciale</w:t>
            </w:r>
          </w:p>
          <w:p w14:paraId="729BC55B" w14:textId="77777777" w:rsidR="00790732" w:rsidRPr="00BC36C8" w:rsidRDefault="00790732" w:rsidP="00790732">
            <w:pPr>
              <w:pStyle w:val="NormaleWeb"/>
              <w:ind w:left="1080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680EA4EC" w14:textId="69929F6E" w:rsidR="00BC36C8" w:rsidRPr="00BC36C8" w:rsidRDefault="00BC36C8" w:rsidP="006438A3">
            <w:pPr>
              <w:pStyle w:val="NormaleWeb"/>
              <w:numPr>
                <w:ilvl w:val="0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  <w:u w:val="single"/>
              </w:rPr>
              <w:t>contributo in conto impianti</w:t>
            </w: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:</w:t>
            </w:r>
          </w:p>
          <w:p w14:paraId="14D9CD86" w14:textId="38FB2636" w:rsidR="00BC36C8" w:rsidRPr="00BC36C8" w:rsidRDefault="00BC36C8" w:rsidP="00BC36C8">
            <w:pPr>
              <w:pStyle w:val="NormaleWeb"/>
              <w:numPr>
                <w:ilvl w:val="1"/>
                <w:numId w:val="13"/>
              </w:num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C36C8">
              <w:rPr>
                <w:rFonts w:ascii="Trebuchet MS" w:hAnsi="Trebuchet MS"/>
                <w:color w:val="000000"/>
                <w:sz w:val="20"/>
                <w:szCs w:val="20"/>
              </w:rPr>
              <w:t>da NON assoggettare alla ritenuta del 4%</w:t>
            </w:r>
          </w:p>
          <w:p w14:paraId="6E655607" w14:textId="77777777" w:rsidR="00BC36C8" w:rsidRPr="004F3256" w:rsidRDefault="00BC36C8" w:rsidP="004C5D42">
            <w:pPr>
              <w:pStyle w:val="NormaleWeb"/>
              <w:ind w:right="-432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</w:tbl>
    <w:p w14:paraId="1AD32980" w14:textId="6266151C" w:rsidR="004C5D42" w:rsidRPr="004F3256" w:rsidRDefault="004C5D42" w:rsidP="004C5D42">
      <w:pPr>
        <w:pStyle w:val="NormaleWeb"/>
        <w:ind w:left="-567" w:right="-432"/>
        <w:rPr>
          <w:rFonts w:ascii="Trebuchet MS" w:hAnsi="Trebuchet MS"/>
          <w:color w:val="000000"/>
          <w:sz w:val="20"/>
          <w:szCs w:val="20"/>
        </w:rPr>
      </w:pPr>
      <w:r w:rsidRPr="004F3256">
        <w:rPr>
          <w:rFonts w:ascii="Trebuchet MS" w:hAnsi="Trebuchet MS"/>
          <w:color w:val="000000"/>
          <w:sz w:val="20"/>
          <w:szCs w:val="20"/>
        </w:rPr>
        <w:t>Data</w:t>
      </w:r>
      <w:r w:rsidR="00790732">
        <w:rPr>
          <w:rFonts w:ascii="Trebuchet MS" w:hAnsi="Trebuchet MS"/>
          <w:color w:val="000000"/>
          <w:sz w:val="20"/>
          <w:szCs w:val="20"/>
        </w:rPr>
        <w:t xml:space="preserve"> ___________________</w:t>
      </w:r>
    </w:p>
    <w:p w14:paraId="31EBCC12" w14:textId="77777777" w:rsidR="004C5D42" w:rsidRPr="004F3256" w:rsidRDefault="004C5D42" w:rsidP="004F3256">
      <w:pPr>
        <w:pStyle w:val="NormaleWeb"/>
        <w:ind w:left="-567" w:right="-432"/>
        <w:jc w:val="right"/>
        <w:rPr>
          <w:rFonts w:ascii="Trebuchet MS" w:hAnsi="Trebuchet MS"/>
          <w:color w:val="000000"/>
          <w:sz w:val="20"/>
          <w:szCs w:val="20"/>
        </w:rPr>
      </w:pPr>
      <w:r w:rsidRPr="004F3256">
        <w:rPr>
          <w:rFonts w:ascii="Trebuchet MS" w:hAnsi="Trebuchet MS"/>
          <w:color w:val="000000"/>
          <w:sz w:val="20"/>
          <w:szCs w:val="20"/>
        </w:rPr>
        <w:t>In fede</w:t>
      </w:r>
    </w:p>
    <w:p w14:paraId="3E00ADB3" w14:textId="77777777" w:rsidR="004C5D42" w:rsidRDefault="004C5D42" w:rsidP="004F3256">
      <w:pPr>
        <w:pStyle w:val="NormaleWeb"/>
        <w:ind w:left="-567" w:right="-432"/>
        <w:jc w:val="right"/>
        <w:rPr>
          <w:rFonts w:ascii="Trebuchet MS" w:hAnsi="Trebuchet MS"/>
          <w:color w:val="000000"/>
          <w:sz w:val="20"/>
          <w:szCs w:val="20"/>
        </w:rPr>
      </w:pPr>
      <w:r w:rsidRPr="004F3256">
        <w:rPr>
          <w:rFonts w:ascii="Trebuchet MS" w:hAnsi="Trebuchet MS"/>
          <w:color w:val="000000"/>
          <w:sz w:val="20"/>
          <w:szCs w:val="20"/>
        </w:rPr>
        <w:t>Il Legale rappresentante</w:t>
      </w:r>
    </w:p>
    <w:p w14:paraId="42B6BD60" w14:textId="5FF5764A" w:rsidR="00790732" w:rsidRPr="004F3256" w:rsidRDefault="00790732" w:rsidP="00790732">
      <w:pPr>
        <w:pStyle w:val="NormaleWeb"/>
        <w:spacing w:after="0" w:afterAutospacing="0"/>
        <w:ind w:left="-567" w:right="-432"/>
        <w:jc w:val="right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__________________________</w:t>
      </w:r>
    </w:p>
    <w:p w14:paraId="6A9767EC" w14:textId="19C83D58" w:rsidR="00790732" w:rsidRPr="00335BE8" w:rsidRDefault="004C5D42" w:rsidP="00335BE8">
      <w:pPr>
        <w:pStyle w:val="NormaleWeb"/>
        <w:ind w:left="-567" w:right="-432"/>
        <w:jc w:val="right"/>
        <w:rPr>
          <w:rFonts w:ascii="Trebuchet MS" w:hAnsi="Trebuchet MS"/>
          <w:color w:val="000000"/>
          <w:sz w:val="20"/>
          <w:szCs w:val="20"/>
        </w:rPr>
      </w:pPr>
      <w:r w:rsidRPr="004F3256">
        <w:rPr>
          <w:rFonts w:ascii="Trebuchet MS" w:hAnsi="Trebuchet MS"/>
          <w:color w:val="000000"/>
          <w:sz w:val="20"/>
          <w:szCs w:val="20"/>
        </w:rPr>
        <w:t>(Timbro e firma</w:t>
      </w:r>
      <w:r w:rsidR="00335BE8">
        <w:rPr>
          <w:rFonts w:ascii="Trebuchet MS" w:hAnsi="Trebuchet MS"/>
          <w:color w:val="000000"/>
          <w:sz w:val="20"/>
          <w:szCs w:val="20"/>
        </w:rPr>
        <w:t>)</w:t>
      </w:r>
    </w:p>
    <w:p w14:paraId="0205BA41" w14:textId="77777777" w:rsidR="00335BE8" w:rsidRDefault="00335BE8" w:rsidP="004C5D42">
      <w:pPr>
        <w:ind w:left="-567" w:right="-432"/>
        <w:rPr>
          <w:rFonts w:ascii="Trebuchet MS" w:hAnsi="Trebuchet MS"/>
          <w:sz w:val="20"/>
          <w:szCs w:val="20"/>
        </w:rPr>
      </w:pPr>
    </w:p>
    <w:p w14:paraId="4BE6110C" w14:textId="77777777" w:rsidR="001C07CB" w:rsidRDefault="001C07CB" w:rsidP="004C5D42">
      <w:pPr>
        <w:ind w:left="-567" w:right="-432"/>
        <w:rPr>
          <w:rFonts w:ascii="Trebuchet MS" w:hAnsi="Trebuchet MS"/>
          <w:sz w:val="20"/>
          <w:szCs w:val="20"/>
        </w:rPr>
      </w:pPr>
    </w:p>
    <w:p w14:paraId="235EAF67" w14:textId="77777777" w:rsidR="001C07CB" w:rsidRDefault="001C07CB" w:rsidP="004C5D42">
      <w:pPr>
        <w:ind w:left="-567" w:right="-432"/>
        <w:rPr>
          <w:rFonts w:ascii="Trebuchet MS" w:hAnsi="Trebuchet MS"/>
          <w:sz w:val="20"/>
          <w:szCs w:val="20"/>
        </w:rPr>
      </w:pPr>
    </w:p>
    <w:p w14:paraId="2469EF9D" w14:textId="5933E4C8" w:rsidR="001C07CB" w:rsidRDefault="001C07CB" w:rsidP="001C07CB">
      <w:pPr>
        <w:ind w:left="-567" w:right="-432"/>
        <w:rPr>
          <w:rFonts w:ascii="Trebuchet MS" w:hAnsi="Trebuchet MS"/>
          <w:sz w:val="20"/>
          <w:szCs w:val="20"/>
        </w:rPr>
      </w:pPr>
      <w:proofErr w:type="spellStart"/>
      <w:r w:rsidRPr="004F3256">
        <w:rPr>
          <w:rFonts w:ascii="Trebuchet MS" w:hAnsi="Trebuchet MS"/>
          <w:sz w:val="20"/>
          <w:szCs w:val="20"/>
        </w:rPr>
        <w:t>Allegare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4F3256">
        <w:rPr>
          <w:rFonts w:ascii="Trebuchet MS" w:hAnsi="Trebuchet MS"/>
          <w:sz w:val="20"/>
          <w:szCs w:val="20"/>
        </w:rPr>
        <w:t>copia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del </w:t>
      </w:r>
      <w:proofErr w:type="spellStart"/>
      <w:r w:rsidRPr="004F3256">
        <w:rPr>
          <w:rFonts w:ascii="Trebuchet MS" w:hAnsi="Trebuchet MS"/>
          <w:sz w:val="20"/>
          <w:szCs w:val="20"/>
        </w:rPr>
        <w:t>documento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di </w:t>
      </w:r>
      <w:proofErr w:type="spellStart"/>
      <w:r w:rsidRPr="004F3256">
        <w:rPr>
          <w:rFonts w:ascii="Trebuchet MS" w:hAnsi="Trebuchet MS"/>
          <w:sz w:val="20"/>
          <w:szCs w:val="20"/>
        </w:rPr>
        <w:t>identità</w:t>
      </w:r>
      <w:proofErr w:type="spellEnd"/>
      <w:r w:rsidRPr="004F3256">
        <w:rPr>
          <w:rFonts w:ascii="Trebuchet MS" w:hAnsi="Trebuchet MS"/>
          <w:sz w:val="20"/>
          <w:szCs w:val="20"/>
        </w:rPr>
        <w:t xml:space="preserve"> del </w:t>
      </w:r>
      <w:proofErr w:type="spellStart"/>
      <w:r w:rsidRPr="004F3256">
        <w:rPr>
          <w:rFonts w:ascii="Trebuchet MS" w:hAnsi="Trebuchet MS"/>
          <w:sz w:val="20"/>
          <w:szCs w:val="20"/>
        </w:rPr>
        <w:t>firmatario</w:t>
      </w:r>
      <w:proofErr w:type="spellEnd"/>
    </w:p>
    <w:p w14:paraId="47430CA6" w14:textId="09873E33" w:rsidR="00335BE8" w:rsidRDefault="00335BE8" w:rsidP="004C5D42">
      <w:pPr>
        <w:ind w:left="-567" w:right="-432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</w:t>
      </w:r>
    </w:p>
    <w:p w14:paraId="218B3983" w14:textId="77777777" w:rsidR="00335BE8" w:rsidRPr="00335BE8" w:rsidRDefault="00335BE8" w:rsidP="00335BE8">
      <w:pPr>
        <w:spacing w:after="0" w:line="240" w:lineRule="auto"/>
        <w:ind w:left="-567" w:right="-432"/>
        <w:rPr>
          <w:rFonts w:ascii="Trebuchet MS" w:hAnsi="Trebuchet MS"/>
          <w:sz w:val="16"/>
          <w:szCs w:val="16"/>
          <w:lang w:val="it-IT"/>
        </w:rPr>
      </w:pPr>
      <w:r w:rsidRPr="00335BE8">
        <w:rPr>
          <w:rFonts w:ascii="Trebuchet MS" w:hAnsi="Trebuchet MS"/>
          <w:sz w:val="16"/>
          <w:szCs w:val="16"/>
          <w:lang w:val="it-IT"/>
        </w:rPr>
        <w:t>[1] Barrare la parte che interessa</w:t>
      </w:r>
    </w:p>
    <w:p w14:paraId="752A15C0" w14:textId="77777777" w:rsidR="00335BE8" w:rsidRPr="00335BE8" w:rsidRDefault="00335BE8" w:rsidP="00335BE8">
      <w:pPr>
        <w:spacing w:after="0" w:line="240" w:lineRule="auto"/>
        <w:ind w:left="-567" w:right="-432"/>
        <w:rPr>
          <w:rFonts w:ascii="Trebuchet MS" w:hAnsi="Trebuchet MS"/>
          <w:sz w:val="16"/>
          <w:szCs w:val="16"/>
          <w:lang w:val="it-IT"/>
        </w:rPr>
      </w:pPr>
      <w:r w:rsidRPr="00335BE8">
        <w:rPr>
          <w:rFonts w:ascii="Trebuchet MS" w:hAnsi="Trebuchet MS"/>
          <w:sz w:val="16"/>
          <w:szCs w:val="16"/>
          <w:lang w:val="it-IT"/>
        </w:rPr>
        <w:t>[2] Indicare la fattispecie e i riferimenti normativi</w:t>
      </w:r>
    </w:p>
    <w:p w14:paraId="6A916BAC" w14:textId="77777777" w:rsidR="00335BE8" w:rsidRPr="00335BE8" w:rsidRDefault="00335BE8" w:rsidP="00335BE8">
      <w:pPr>
        <w:spacing w:after="0" w:line="240" w:lineRule="auto"/>
        <w:ind w:left="-567" w:right="-432"/>
        <w:rPr>
          <w:rFonts w:ascii="Trebuchet MS" w:hAnsi="Trebuchet MS"/>
          <w:sz w:val="16"/>
          <w:szCs w:val="16"/>
          <w:lang w:val="it-IT"/>
        </w:rPr>
      </w:pPr>
      <w:r w:rsidRPr="00335BE8">
        <w:rPr>
          <w:rFonts w:ascii="Trebuchet MS" w:hAnsi="Trebuchet MS"/>
          <w:sz w:val="16"/>
          <w:szCs w:val="16"/>
          <w:lang w:val="it-IT"/>
        </w:rPr>
        <w:t>[3] Indicare la fattispecie e i riferimenti normativi</w:t>
      </w:r>
    </w:p>
    <w:p w14:paraId="5D0803F4" w14:textId="77777777" w:rsidR="00335BE8" w:rsidRPr="004F3256" w:rsidRDefault="00335BE8" w:rsidP="004C5D42">
      <w:pPr>
        <w:ind w:left="-567" w:right="-432"/>
        <w:rPr>
          <w:rFonts w:ascii="Trebuchet MS" w:hAnsi="Trebuchet MS"/>
          <w:sz w:val="20"/>
          <w:szCs w:val="20"/>
        </w:rPr>
      </w:pPr>
    </w:p>
    <w:sectPr w:rsidR="00335BE8" w:rsidRPr="004F3256" w:rsidSect="00FF14C3">
      <w:headerReference w:type="default" r:id="rId11"/>
      <w:footerReference w:type="default" r:id="rId12"/>
      <w:pgSz w:w="12240" w:h="15840"/>
      <w:pgMar w:top="1440" w:right="1800" w:bottom="1440" w:left="1800" w:header="720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04B0" w14:textId="77777777" w:rsidR="00C77669" w:rsidRDefault="00C77669" w:rsidP="00C47A57">
      <w:pPr>
        <w:spacing w:after="0" w:line="240" w:lineRule="auto"/>
      </w:pPr>
      <w:r>
        <w:separator/>
      </w:r>
    </w:p>
  </w:endnote>
  <w:endnote w:type="continuationSeparator" w:id="0">
    <w:p w14:paraId="42212B01" w14:textId="77777777" w:rsidR="00C77669" w:rsidRDefault="00C77669" w:rsidP="00C47A57">
      <w:pPr>
        <w:spacing w:after="0" w:line="240" w:lineRule="auto"/>
      </w:pPr>
      <w:r>
        <w:continuationSeparator/>
      </w:r>
    </w:p>
  </w:endnote>
  <w:endnote w:type="continuationNotice" w:id="1">
    <w:p w14:paraId="7D62FB7F" w14:textId="77777777" w:rsidR="00421251" w:rsidRDefault="00421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9593" w14:textId="77777777" w:rsidR="00FF14C3" w:rsidRPr="00AB796D" w:rsidRDefault="00FF14C3" w:rsidP="00FF14C3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noProof/>
        <w:sz w:val="14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B4EC5B6" wp14:editId="2803B0F5">
              <wp:simplePos x="0" y="0"/>
              <wp:positionH relativeFrom="column">
                <wp:posOffset>830580</wp:posOffset>
              </wp:positionH>
              <wp:positionV relativeFrom="paragraph">
                <wp:posOffset>12700</wp:posOffset>
              </wp:positionV>
              <wp:extent cx="0" cy="723900"/>
              <wp:effectExtent l="0" t="0" r="38100" b="19050"/>
              <wp:wrapNone/>
              <wp:docPr id="130713833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23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4CDBF3" id="Line 2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4pt,1pt" to="65.4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"/>
          </w:pict>
        </mc:Fallback>
      </mc:AlternateContent>
    </w:r>
    <w:r w:rsidRPr="00AB796D">
      <w:rPr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30A878AD" wp14:editId="4A2A5E3D">
          <wp:simplePos x="0" y="0"/>
          <wp:positionH relativeFrom="column">
            <wp:posOffset>-365760</wp:posOffset>
          </wp:positionH>
          <wp:positionV relativeFrom="paragraph">
            <wp:posOffset>7620</wp:posOffset>
          </wp:positionV>
          <wp:extent cx="1120140" cy="798386"/>
          <wp:effectExtent l="0" t="0" r="3810" b="1905"/>
          <wp:wrapNone/>
          <wp:docPr id="2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798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AB796D">
      <w:rPr>
        <w:rFonts w:ascii="Trebuchet MS" w:hAnsi="Trebuchet MS"/>
        <w:b/>
        <w:sz w:val="14"/>
        <w:szCs w:val="18"/>
      </w:rPr>
      <w:t>Ufficio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Piano</w:t>
    </w:r>
  </w:p>
  <w:p w14:paraId="7D81108D" w14:textId="77777777" w:rsidR="00FF14C3" w:rsidRPr="00AB796D" w:rsidRDefault="00FF14C3" w:rsidP="00FF14C3">
    <w:pPr>
      <w:pStyle w:val="Pidipagina"/>
      <w:ind w:left="1701"/>
      <w:rPr>
        <w:rFonts w:ascii="Trebuchet MS" w:hAnsi="Trebuchet MS"/>
        <w:b/>
        <w:sz w:val="14"/>
        <w:szCs w:val="18"/>
      </w:rPr>
    </w:pPr>
    <w:proofErr w:type="spellStart"/>
    <w:r w:rsidRPr="00AB796D">
      <w:rPr>
        <w:rFonts w:ascii="Trebuchet MS" w:hAnsi="Trebuchet MS"/>
        <w:b/>
        <w:sz w:val="14"/>
        <w:szCs w:val="18"/>
      </w:rPr>
      <w:t>Comuni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</w:t>
    </w:r>
    <w:proofErr w:type="spellStart"/>
    <w:r w:rsidRPr="00AB796D">
      <w:rPr>
        <w:rFonts w:ascii="Trebuchet MS" w:hAnsi="Trebuchet MS"/>
        <w:b/>
        <w:sz w:val="14"/>
        <w:szCs w:val="18"/>
      </w:rPr>
      <w:t>Brugherio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, Monza e </w:t>
    </w:r>
    <w:proofErr w:type="spellStart"/>
    <w:r w:rsidRPr="00AB796D">
      <w:rPr>
        <w:rFonts w:ascii="Trebuchet MS" w:hAnsi="Trebuchet MS"/>
        <w:b/>
        <w:sz w:val="14"/>
        <w:szCs w:val="18"/>
      </w:rPr>
      <w:t>Villasanta</w:t>
    </w:r>
    <w:proofErr w:type="spellEnd"/>
  </w:p>
  <w:p w14:paraId="5B64DD7E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Via </w:t>
    </w:r>
    <w:proofErr w:type="spellStart"/>
    <w:r w:rsidRPr="00AB796D">
      <w:rPr>
        <w:rFonts w:ascii="Trebuchet MS" w:hAnsi="Trebuchet MS"/>
        <w:sz w:val="14"/>
        <w:szCs w:val="18"/>
      </w:rPr>
      <w:t>Casati</w:t>
    </w:r>
    <w:proofErr w:type="spellEnd"/>
    <w:r w:rsidRPr="00AB796D">
      <w:rPr>
        <w:rFonts w:ascii="Trebuchet MS" w:hAnsi="Trebuchet MS"/>
        <w:sz w:val="14"/>
        <w:szCs w:val="18"/>
      </w:rPr>
      <w:t xml:space="preserve"> 19 | 20900 Monza | Tel. 039.2372074/20</w:t>
    </w:r>
    <w:r>
      <w:rPr>
        <w:rFonts w:ascii="Trebuchet MS" w:hAnsi="Trebuchet MS"/>
        <w:sz w:val="14"/>
        <w:szCs w:val="18"/>
      </w:rPr>
      <w:t>20</w:t>
    </w:r>
  </w:p>
  <w:p w14:paraId="479216BF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</w:t>
    </w:r>
    <w:hyperlink r:id="rId2" w:history="1">
      <w:r w:rsidRPr="00AB796D">
        <w:rPr>
          <w:rStyle w:val="Collegamentoipertestuale"/>
          <w:rFonts w:ascii="Trebuchet MS" w:hAnsi="Trebuchet MS"/>
          <w:sz w:val="14"/>
          <w:szCs w:val="18"/>
        </w:rPr>
        <w:t>ufficiodipiano@ambitodimonza.it</w:t>
      </w:r>
    </w:hyperlink>
  </w:p>
  <w:p w14:paraId="4A7F6D69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</w:p>
  <w:p w14:paraId="15952EB0" w14:textId="77777777" w:rsidR="00FF14C3" w:rsidRPr="00AB796D" w:rsidRDefault="00FF14C3" w:rsidP="00FF14C3">
    <w:pPr>
      <w:pStyle w:val="Pidipagina"/>
      <w:ind w:left="1701"/>
      <w:rPr>
        <w:rFonts w:ascii="Trebuchet MS" w:hAnsi="Trebuchet MS"/>
        <w:sz w:val="14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Sede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Municipale</w:t>
    </w:r>
    <w:proofErr w:type="spellEnd"/>
    <w:r w:rsidRPr="00AB796D">
      <w:rPr>
        <w:rFonts w:ascii="Trebuchet MS" w:hAnsi="Trebuchet MS"/>
        <w:sz w:val="14"/>
        <w:szCs w:val="18"/>
      </w:rPr>
      <w:t xml:space="preserve">: Piazza Trento e Trieste | 20900 Monza | Tel. +39.039.2372.1 </w:t>
    </w:r>
  </w:p>
  <w:p w14:paraId="172CCBBD" w14:textId="77777777" w:rsidR="00FF14C3" w:rsidRPr="00AB796D" w:rsidRDefault="00FF14C3" w:rsidP="00FF14C3">
    <w:pPr>
      <w:pStyle w:val="Pidipagina"/>
      <w:tabs>
        <w:tab w:val="left" w:pos="1418"/>
      </w:tabs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protocollo@comune.monza.it | Posta </w:t>
    </w:r>
    <w:proofErr w:type="spellStart"/>
    <w:r w:rsidRPr="00AB796D">
      <w:rPr>
        <w:rFonts w:ascii="Trebuchet MS" w:hAnsi="Trebuchet MS"/>
        <w:sz w:val="14"/>
        <w:szCs w:val="18"/>
      </w:rPr>
      <w:t>certificata</w:t>
    </w:r>
    <w:proofErr w:type="spellEnd"/>
    <w:r w:rsidRPr="00AB796D">
      <w:rPr>
        <w:rFonts w:ascii="Trebuchet MS" w:hAnsi="Trebuchet MS"/>
        <w:sz w:val="14"/>
        <w:szCs w:val="18"/>
      </w:rPr>
      <w:t xml:space="preserve"> monza@pec.comune.monza.it</w:t>
    </w:r>
  </w:p>
  <w:p w14:paraId="2C90D52C" w14:textId="77777777" w:rsidR="00FF14C3" w:rsidRPr="00AB796D" w:rsidRDefault="00FF14C3" w:rsidP="00FF14C3">
    <w:pPr>
      <w:pStyle w:val="Pidipagina"/>
      <w:tabs>
        <w:tab w:val="left" w:pos="1418"/>
      </w:tabs>
      <w:ind w:left="1701"/>
      <w:rPr>
        <w:sz w:val="18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Codice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Fiscale</w:t>
    </w:r>
    <w:proofErr w:type="spellEnd"/>
    <w:r w:rsidRPr="00AB796D">
      <w:rPr>
        <w:rFonts w:ascii="Trebuchet MS" w:hAnsi="Trebuchet MS"/>
        <w:sz w:val="14"/>
        <w:szCs w:val="18"/>
      </w:rPr>
      <w:t xml:space="preserve"> 02030880153 | Partita IVA 00728830969</w:t>
    </w:r>
  </w:p>
  <w:p w14:paraId="05A8BCE0" w14:textId="77777777" w:rsidR="00C47A57" w:rsidRDefault="00C47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446D0" w14:textId="77777777" w:rsidR="00C77669" w:rsidRDefault="00C77669" w:rsidP="00C47A57">
      <w:pPr>
        <w:spacing w:after="0" w:line="240" w:lineRule="auto"/>
      </w:pPr>
      <w:r>
        <w:separator/>
      </w:r>
    </w:p>
  </w:footnote>
  <w:footnote w:type="continuationSeparator" w:id="0">
    <w:p w14:paraId="18EE4F7B" w14:textId="77777777" w:rsidR="00C77669" w:rsidRDefault="00C77669" w:rsidP="00C47A57">
      <w:pPr>
        <w:spacing w:after="0" w:line="240" w:lineRule="auto"/>
      </w:pPr>
      <w:r>
        <w:continuationSeparator/>
      </w:r>
    </w:p>
  </w:footnote>
  <w:footnote w:type="continuationNotice" w:id="1">
    <w:p w14:paraId="6BC6AEB3" w14:textId="77777777" w:rsidR="00421251" w:rsidRDefault="00421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F2FF" w14:textId="6758C5CF" w:rsidR="00C47A57" w:rsidRDefault="00C47A57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A98F22" wp14:editId="2A385B0B">
          <wp:simplePos x="0" y="0"/>
          <wp:positionH relativeFrom="column">
            <wp:posOffset>-609600</wp:posOffset>
          </wp:positionH>
          <wp:positionV relativeFrom="paragraph">
            <wp:posOffset>-209550</wp:posOffset>
          </wp:positionV>
          <wp:extent cx="940799" cy="670560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799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717EBB"/>
    <w:multiLevelType w:val="hybridMultilevel"/>
    <w:tmpl w:val="A3F6AC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09632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74545B98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64453"/>
    <w:multiLevelType w:val="hybridMultilevel"/>
    <w:tmpl w:val="B6DE123A"/>
    <w:lvl w:ilvl="0" w:tplc="04860776"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510C0D30"/>
    <w:multiLevelType w:val="hybridMultilevel"/>
    <w:tmpl w:val="411063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16594F"/>
    <w:multiLevelType w:val="hybridMultilevel"/>
    <w:tmpl w:val="C504C13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5AD242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B0530"/>
    <w:multiLevelType w:val="hybridMultilevel"/>
    <w:tmpl w:val="666A826C"/>
    <w:lvl w:ilvl="0" w:tplc="295AD242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BAA"/>
    <w:rsid w:val="0015074B"/>
    <w:rsid w:val="001C07CB"/>
    <w:rsid w:val="002057EC"/>
    <w:rsid w:val="0024670D"/>
    <w:rsid w:val="002501ED"/>
    <w:rsid w:val="0029639D"/>
    <w:rsid w:val="00326F90"/>
    <w:rsid w:val="00335BE8"/>
    <w:rsid w:val="00342063"/>
    <w:rsid w:val="00380A74"/>
    <w:rsid w:val="00421251"/>
    <w:rsid w:val="00470CD2"/>
    <w:rsid w:val="004C5D42"/>
    <w:rsid w:val="004F3256"/>
    <w:rsid w:val="00523B1E"/>
    <w:rsid w:val="006438A3"/>
    <w:rsid w:val="006534DA"/>
    <w:rsid w:val="00790732"/>
    <w:rsid w:val="007F75DC"/>
    <w:rsid w:val="00817A5C"/>
    <w:rsid w:val="00994123"/>
    <w:rsid w:val="00AA1D8D"/>
    <w:rsid w:val="00B23A8E"/>
    <w:rsid w:val="00B47730"/>
    <w:rsid w:val="00B61DC4"/>
    <w:rsid w:val="00BC36C8"/>
    <w:rsid w:val="00C47A57"/>
    <w:rsid w:val="00C67DDC"/>
    <w:rsid w:val="00C77669"/>
    <w:rsid w:val="00CB0664"/>
    <w:rsid w:val="00CB66AC"/>
    <w:rsid w:val="00D04DBD"/>
    <w:rsid w:val="00D359FC"/>
    <w:rsid w:val="00F86826"/>
    <w:rsid w:val="00FB08F9"/>
    <w:rsid w:val="00FC693F"/>
    <w:rsid w:val="00FF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4062061"/>
  <w14:defaultImageDpi w14:val="300"/>
  <w15:docId w15:val="{4B93495E-3253-4442-94C6-B7C6A960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rsid w:val="00FF14C3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C5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Indirizzodestinatario">
    <w:name w:val="envelope address"/>
    <w:basedOn w:val="Normale"/>
    <w:rsid w:val="0024670D"/>
    <w:pPr>
      <w:suppressAutoHyphens/>
      <w:spacing w:after="0" w:line="240" w:lineRule="auto"/>
      <w:ind w:left="5670" w:right="567"/>
    </w:pPr>
    <w:rPr>
      <w:rFonts w:ascii="Trebuchet MS" w:eastAsia="Times" w:hAnsi="Trebuchet MS" w:cs="Times New Roman"/>
      <w:b/>
      <w:szCs w:val="20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62B646-A7A6-4B55-B842-674B736A8E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AE90F-C2C2-496D-9F36-3C7281349BCD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b485582e-1b07-4ac8-b0b7-6d2ee3e1371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53619cc-f396-4fcd-a92c-f5cda1e4b090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026473-0F13-4BCB-A479-4977CB57E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Salvo Arianna</dc:creator>
  <cp:keywords/>
  <dc:description>generated by python-docx</dc:description>
  <cp:lastModifiedBy>Arianna</cp:lastModifiedBy>
  <cp:revision>29</cp:revision>
  <dcterms:created xsi:type="dcterms:W3CDTF">2026-08-20T10:33:00Z</dcterms:created>
  <dcterms:modified xsi:type="dcterms:W3CDTF">2026-08-21T09:20:00Z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