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BEDB1" w14:textId="77777777" w:rsidR="0024670D" w:rsidRPr="004F3256" w:rsidRDefault="0024670D" w:rsidP="0024670D">
      <w:pPr>
        <w:pStyle w:val="Indirizzodestinatario"/>
        <w:ind w:left="4248"/>
        <w:rPr>
          <w:b w:val="0"/>
          <w:sz w:val="20"/>
        </w:rPr>
      </w:pPr>
      <w:r w:rsidRPr="004F3256">
        <w:rPr>
          <w:b w:val="0"/>
          <w:sz w:val="20"/>
        </w:rPr>
        <w:t xml:space="preserve">Spett.le </w:t>
      </w:r>
    </w:p>
    <w:p w14:paraId="1A5A8787" w14:textId="77777777" w:rsidR="0024670D" w:rsidRPr="004F3256" w:rsidRDefault="0024670D" w:rsidP="0024670D">
      <w:pPr>
        <w:pStyle w:val="Indirizzodestinatario"/>
        <w:ind w:left="4248"/>
        <w:rPr>
          <w:sz w:val="20"/>
        </w:rPr>
      </w:pPr>
      <w:r w:rsidRPr="004F3256">
        <w:rPr>
          <w:b w:val="0"/>
          <w:sz w:val="20"/>
        </w:rPr>
        <w:t>Ufficio di Piano</w:t>
      </w:r>
    </w:p>
    <w:p w14:paraId="1E0E12EC" w14:textId="77777777" w:rsidR="0024670D" w:rsidRPr="004F3256" w:rsidRDefault="0024670D" w:rsidP="0024670D">
      <w:pPr>
        <w:pStyle w:val="Indirizzodestinatario"/>
        <w:ind w:left="4248"/>
        <w:rPr>
          <w:sz w:val="20"/>
        </w:rPr>
      </w:pPr>
      <w:r w:rsidRPr="004F3256">
        <w:rPr>
          <w:b w:val="0"/>
          <w:sz w:val="20"/>
        </w:rPr>
        <w:t xml:space="preserve">Ambito Territoriale Sociale di Monza </w:t>
      </w:r>
    </w:p>
    <w:p w14:paraId="1CF8A926" w14:textId="77777777" w:rsidR="0024670D" w:rsidRPr="004F3256" w:rsidRDefault="0024670D" w:rsidP="0024670D">
      <w:pPr>
        <w:pStyle w:val="Indirizzodestinatario"/>
        <w:ind w:left="4248"/>
        <w:rPr>
          <w:sz w:val="20"/>
        </w:rPr>
      </w:pPr>
      <w:r w:rsidRPr="004F3256">
        <w:rPr>
          <w:b w:val="0"/>
          <w:sz w:val="20"/>
        </w:rPr>
        <w:t xml:space="preserve">c/o Comune di Monza </w:t>
      </w:r>
    </w:p>
    <w:p w14:paraId="0A7DE03D" w14:textId="77777777" w:rsidR="0024670D" w:rsidRPr="004F3256" w:rsidRDefault="0024670D" w:rsidP="0024670D">
      <w:pPr>
        <w:pStyle w:val="Indirizzodestinatario"/>
        <w:ind w:left="4248"/>
        <w:rPr>
          <w:sz w:val="20"/>
        </w:rPr>
      </w:pPr>
      <w:r w:rsidRPr="004F3256">
        <w:rPr>
          <w:b w:val="0"/>
          <w:sz w:val="20"/>
        </w:rPr>
        <w:t xml:space="preserve">Via Casati 19, 20900, Monza </w:t>
      </w:r>
    </w:p>
    <w:p w14:paraId="1A1037F0" w14:textId="77777777" w:rsidR="0024670D" w:rsidRPr="004F3256" w:rsidRDefault="0024670D" w:rsidP="0024670D">
      <w:pPr>
        <w:pStyle w:val="Indirizzodestinatario"/>
        <w:ind w:left="4248"/>
        <w:rPr>
          <w:b w:val="0"/>
          <w:sz w:val="20"/>
        </w:rPr>
      </w:pPr>
    </w:p>
    <w:p w14:paraId="7B3EB95E" w14:textId="77777777" w:rsidR="0024670D" w:rsidRPr="004F3256" w:rsidRDefault="0024670D" w:rsidP="0024670D">
      <w:pPr>
        <w:pStyle w:val="Indirizzodestinatario"/>
        <w:ind w:left="4248"/>
        <w:rPr>
          <w:b w:val="0"/>
          <w:sz w:val="20"/>
        </w:rPr>
      </w:pPr>
      <w:r w:rsidRPr="004F3256">
        <w:rPr>
          <w:b w:val="0"/>
          <w:sz w:val="20"/>
        </w:rPr>
        <w:t>Via PEC monza@pec.comune.monza.it</w:t>
      </w:r>
    </w:p>
    <w:p w14:paraId="168DBC5A" w14:textId="77777777" w:rsidR="00790732" w:rsidRDefault="00C77669" w:rsidP="00C67DDC">
      <w:pPr>
        <w:ind w:left="-567" w:right="-432"/>
        <w:jc w:val="both"/>
        <w:rPr>
          <w:rFonts w:ascii="Trebuchet MS" w:hAnsi="Trebuchet MS"/>
          <w:b/>
          <w:bCs/>
          <w:sz w:val="20"/>
          <w:szCs w:val="20"/>
        </w:rPr>
      </w:pPr>
      <w:r w:rsidRPr="004F3256">
        <w:rPr>
          <w:rFonts w:ascii="Trebuchet MS" w:hAnsi="Trebuchet MS"/>
          <w:sz w:val="20"/>
          <w:szCs w:val="20"/>
        </w:rPr>
        <w:br/>
      </w:r>
    </w:p>
    <w:p w14:paraId="29821E72" w14:textId="3FB39054" w:rsidR="00470050" w:rsidRPr="00470050" w:rsidRDefault="00470050" w:rsidP="00470050">
      <w:pPr>
        <w:ind w:left="-567" w:right="-432"/>
        <w:jc w:val="both"/>
        <w:rPr>
          <w:rFonts w:ascii="Trebuchet MS" w:hAnsi="Trebuchet MS"/>
          <w:b/>
          <w:bCs/>
          <w:sz w:val="20"/>
          <w:szCs w:val="20"/>
          <w:lang w:val="it-IT"/>
        </w:rPr>
      </w:pPr>
      <w:r w:rsidRPr="00470050">
        <w:rPr>
          <w:rFonts w:ascii="Trebuchet MS" w:hAnsi="Trebuchet MS"/>
          <w:b/>
          <w:bCs/>
          <w:sz w:val="20"/>
          <w:szCs w:val="20"/>
          <w:lang w:val="it-IT"/>
        </w:rPr>
        <w:t>OGGETTO: Dichiarazione contenimento rette</w:t>
      </w:r>
    </w:p>
    <w:p w14:paraId="7FD6B362" w14:textId="66B4CDEA" w:rsidR="00470050" w:rsidRPr="00470050" w:rsidRDefault="00470050" w:rsidP="00470050">
      <w:pPr>
        <w:ind w:left="-567" w:right="-432"/>
        <w:jc w:val="both"/>
        <w:rPr>
          <w:rFonts w:ascii="Trebuchet MS" w:hAnsi="Trebuchet MS"/>
          <w:sz w:val="20"/>
          <w:szCs w:val="20"/>
          <w:lang w:val="it-IT"/>
        </w:rPr>
      </w:pPr>
      <w:r w:rsidRPr="00470050">
        <w:rPr>
          <w:rFonts w:ascii="Trebuchet MS" w:hAnsi="Trebuchet MS"/>
          <w:sz w:val="20"/>
          <w:szCs w:val="20"/>
          <w:lang w:val="it-IT"/>
        </w:rPr>
        <w:t>Il/La sottoscritto/a_____________________________________________________________________</w:t>
      </w:r>
      <w:r>
        <w:rPr>
          <w:rFonts w:ascii="Trebuchet MS" w:hAnsi="Trebuchet MS"/>
          <w:sz w:val="20"/>
          <w:szCs w:val="20"/>
          <w:lang w:val="it-IT"/>
        </w:rPr>
        <w:t xml:space="preserve"> </w:t>
      </w:r>
    </w:p>
    <w:p w14:paraId="6AACC1BE" w14:textId="2E70A189" w:rsidR="00470050" w:rsidRPr="00470050" w:rsidRDefault="00470050" w:rsidP="00470050">
      <w:pPr>
        <w:ind w:left="-567" w:right="-432"/>
        <w:jc w:val="both"/>
        <w:rPr>
          <w:rFonts w:ascii="Trebuchet MS" w:hAnsi="Trebuchet MS"/>
          <w:sz w:val="20"/>
          <w:szCs w:val="20"/>
          <w:lang w:val="it-IT"/>
        </w:rPr>
      </w:pPr>
      <w:r>
        <w:rPr>
          <w:rFonts w:ascii="Trebuchet MS" w:hAnsi="Trebuchet MS"/>
          <w:sz w:val="20"/>
          <w:szCs w:val="20"/>
          <w:lang w:val="it-IT"/>
        </w:rPr>
        <w:t>n</w:t>
      </w:r>
      <w:r w:rsidRPr="00470050">
        <w:rPr>
          <w:rFonts w:ascii="Trebuchet MS" w:hAnsi="Trebuchet MS"/>
          <w:sz w:val="20"/>
          <w:szCs w:val="20"/>
          <w:lang w:val="it-IT"/>
        </w:rPr>
        <w:t xml:space="preserve">ato/a </w:t>
      </w:r>
      <w:proofErr w:type="spellStart"/>
      <w:r w:rsidRPr="00470050">
        <w:rPr>
          <w:rFonts w:ascii="Trebuchet MS" w:hAnsi="Trebuchet MS"/>
          <w:sz w:val="20"/>
          <w:szCs w:val="20"/>
          <w:lang w:val="it-IT"/>
        </w:rPr>
        <w:t>a</w:t>
      </w:r>
      <w:proofErr w:type="spellEnd"/>
      <w:r w:rsidRPr="00470050">
        <w:rPr>
          <w:rFonts w:ascii="Trebuchet MS" w:hAnsi="Trebuchet MS"/>
          <w:sz w:val="20"/>
          <w:szCs w:val="20"/>
          <w:lang w:val="it-IT"/>
        </w:rPr>
        <w:t xml:space="preserve"> _________________________________________________il ___________________________</w:t>
      </w:r>
    </w:p>
    <w:p w14:paraId="00917BB5" w14:textId="77777777" w:rsidR="00470050" w:rsidRPr="00470050" w:rsidRDefault="00470050" w:rsidP="00470050">
      <w:pPr>
        <w:ind w:left="-567" w:right="-432"/>
        <w:jc w:val="both"/>
        <w:rPr>
          <w:rFonts w:ascii="Trebuchet MS" w:hAnsi="Trebuchet MS"/>
          <w:sz w:val="20"/>
          <w:szCs w:val="20"/>
          <w:lang w:val="it-IT"/>
        </w:rPr>
      </w:pPr>
      <w:r w:rsidRPr="00470050">
        <w:rPr>
          <w:rFonts w:ascii="Trebuchet MS" w:hAnsi="Trebuchet MS"/>
          <w:sz w:val="20"/>
          <w:szCs w:val="20"/>
          <w:lang w:val="it-IT"/>
        </w:rPr>
        <w:t>residente a __________________________________Via ______________________________________</w:t>
      </w:r>
    </w:p>
    <w:p w14:paraId="68436E85" w14:textId="77777777" w:rsidR="00470050" w:rsidRPr="00470050" w:rsidRDefault="00470050" w:rsidP="00470050">
      <w:pPr>
        <w:ind w:left="-567" w:right="-432"/>
        <w:jc w:val="both"/>
        <w:rPr>
          <w:rFonts w:ascii="Trebuchet MS" w:hAnsi="Trebuchet MS"/>
          <w:sz w:val="20"/>
          <w:szCs w:val="20"/>
          <w:lang w:val="it-IT"/>
        </w:rPr>
      </w:pPr>
      <w:r w:rsidRPr="00470050">
        <w:rPr>
          <w:rFonts w:ascii="Trebuchet MS" w:hAnsi="Trebuchet MS"/>
          <w:sz w:val="20"/>
          <w:szCs w:val="20"/>
          <w:lang w:val="it-IT"/>
        </w:rPr>
        <w:t>in qualità di ___________________________________________________________________________</w:t>
      </w:r>
    </w:p>
    <w:p w14:paraId="7DF3E51E" w14:textId="77777777" w:rsidR="00470050" w:rsidRPr="00470050" w:rsidRDefault="00470050" w:rsidP="00470050">
      <w:pPr>
        <w:ind w:left="-567" w:right="-432"/>
        <w:jc w:val="both"/>
        <w:rPr>
          <w:rFonts w:ascii="Trebuchet MS" w:hAnsi="Trebuchet MS"/>
          <w:sz w:val="20"/>
          <w:szCs w:val="20"/>
          <w:lang w:val="it-IT"/>
        </w:rPr>
      </w:pPr>
      <w:r w:rsidRPr="00470050">
        <w:rPr>
          <w:rFonts w:ascii="Trebuchet MS" w:hAnsi="Trebuchet MS"/>
          <w:sz w:val="20"/>
          <w:szCs w:val="20"/>
          <w:lang w:val="it-IT"/>
        </w:rPr>
        <w:t>della ditta/società _____________________________________________________________________</w:t>
      </w:r>
    </w:p>
    <w:p w14:paraId="10A99E6C" w14:textId="77777777" w:rsidR="00470050" w:rsidRPr="00470050" w:rsidRDefault="00470050" w:rsidP="00470050">
      <w:pPr>
        <w:ind w:left="-567" w:right="-432"/>
        <w:jc w:val="both"/>
        <w:rPr>
          <w:rFonts w:ascii="Trebuchet MS" w:hAnsi="Trebuchet MS"/>
          <w:sz w:val="20"/>
          <w:szCs w:val="20"/>
          <w:lang w:val="it-IT"/>
        </w:rPr>
      </w:pPr>
      <w:r w:rsidRPr="00470050">
        <w:rPr>
          <w:rFonts w:ascii="Trebuchet MS" w:hAnsi="Trebuchet MS"/>
          <w:sz w:val="20"/>
          <w:szCs w:val="20"/>
          <w:lang w:val="it-IT"/>
        </w:rPr>
        <w:t>con sede legale a _____________________________Via ____________________________________</w:t>
      </w:r>
    </w:p>
    <w:p w14:paraId="562F45B6" w14:textId="77777777" w:rsidR="00470050" w:rsidRPr="00470050" w:rsidRDefault="00470050" w:rsidP="00470050">
      <w:pPr>
        <w:ind w:left="-567" w:right="-432"/>
        <w:jc w:val="both"/>
        <w:rPr>
          <w:rFonts w:ascii="Trebuchet MS" w:hAnsi="Trebuchet MS"/>
          <w:sz w:val="20"/>
          <w:szCs w:val="20"/>
          <w:lang w:val="it-IT"/>
        </w:rPr>
      </w:pPr>
      <w:r w:rsidRPr="00470050">
        <w:rPr>
          <w:rFonts w:ascii="Trebuchet MS" w:hAnsi="Trebuchet MS"/>
          <w:sz w:val="20"/>
          <w:szCs w:val="20"/>
          <w:lang w:val="it-IT"/>
        </w:rPr>
        <w:t>telefono _____________________________ fax _____________________________________________</w:t>
      </w:r>
    </w:p>
    <w:p w14:paraId="6E9244F6" w14:textId="77777777" w:rsidR="00470050" w:rsidRPr="00470050" w:rsidRDefault="00470050" w:rsidP="00470050">
      <w:pPr>
        <w:ind w:left="-567" w:right="-432"/>
        <w:jc w:val="both"/>
        <w:rPr>
          <w:rFonts w:ascii="Trebuchet MS" w:hAnsi="Trebuchet MS"/>
          <w:sz w:val="20"/>
          <w:szCs w:val="20"/>
          <w:lang w:val="it-IT"/>
        </w:rPr>
      </w:pPr>
      <w:r w:rsidRPr="00470050">
        <w:rPr>
          <w:rFonts w:ascii="Trebuchet MS" w:hAnsi="Trebuchet MS"/>
          <w:sz w:val="20"/>
          <w:szCs w:val="20"/>
          <w:lang w:val="it-IT"/>
        </w:rPr>
        <w:t>codice fiscale ______________________________________ P.IVA _____________________________</w:t>
      </w:r>
    </w:p>
    <w:p w14:paraId="23E23BC8" w14:textId="77777777" w:rsidR="00470050" w:rsidRDefault="00470050" w:rsidP="00470050">
      <w:pPr>
        <w:ind w:left="-567" w:right="-432"/>
        <w:jc w:val="both"/>
        <w:rPr>
          <w:rFonts w:ascii="Trebuchet MS" w:hAnsi="Trebuchet MS"/>
          <w:sz w:val="20"/>
          <w:szCs w:val="20"/>
          <w:lang w:val="it-IT"/>
        </w:rPr>
      </w:pPr>
    </w:p>
    <w:p w14:paraId="7C6C7624" w14:textId="4BCD9645" w:rsidR="00470050" w:rsidRPr="00470050" w:rsidRDefault="00470050" w:rsidP="00470050">
      <w:pPr>
        <w:ind w:left="-567" w:right="-432"/>
        <w:jc w:val="both"/>
        <w:rPr>
          <w:rFonts w:ascii="Trebuchet MS" w:hAnsi="Trebuchet MS"/>
          <w:sz w:val="20"/>
          <w:szCs w:val="20"/>
          <w:lang w:val="it-IT"/>
        </w:rPr>
      </w:pPr>
      <w:r w:rsidRPr="00470050">
        <w:rPr>
          <w:rFonts w:ascii="Trebuchet MS" w:hAnsi="Trebuchet MS"/>
          <w:sz w:val="20"/>
          <w:szCs w:val="20"/>
          <w:lang w:val="it-IT"/>
        </w:rPr>
        <w:t>avvalendosi della facoltà concessagli dal D.P.R. n. 445/2000, per la dichiarazione in oggetto,</w:t>
      </w:r>
      <w:r w:rsidR="007417DA">
        <w:rPr>
          <w:rFonts w:ascii="Trebuchet MS" w:hAnsi="Trebuchet MS"/>
          <w:sz w:val="20"/>
          <w:szCs w:val="20"/>
          <w:lang w:val="it-IT"/>
        </w:rPr>
        <w:t xml:space="preserve"> </w:t>
      </w:r>
    </w:p>
    <w:p w14:paraId="67FD4F1E" w14:textId="77777777" w:rsidR="00470050" w:rsidRPr="00470050" w:rsidRDefault="00470050" w:rsidP="00470050">
      <w:pPr>
        <w:ind w:left="-567" w:right="-432"/>
        <w:jc w:val="both"/>
        <w:rPr>
          <w:rFonts w:ascii="Trebuchet MS" w:hAnsi="Trebuchet MS"/>
          <w:sz w:val="20"/>
          <w:szCs w:val="20"/>
          <w:lang w:val="it-IT"/>
        </w:rPr>
      </w:pPr>
      <w:r w:rsidRPr="00470050">
        <w:rPr>
          <w:rFonts w:ascii="Trebuchet MS" w:hAnsi="Trebuchet MS"/>
          <w:sz w:val="20"/>
          <w:szCs w:val="20"/>
          <w:lang w:val="it-IT"/>
        </w:rPr>
        <w:t>consapevole delle sanzioni penali previste dall’art. 76 del D.P.R. n. 445/2000 per le ipotesi di falsità in atti e dichiarazioni ivi indicate,</w:t>
      </w:r>
    </w:p>
    <w:p w14:paraId="1BC1F67D" w14:textId="28BBE7CB" w:rsidR="007417DA" w:rsidRDefault="00470050" w:rsidP="00470050">
      <w:pPr>
        <w:ind w:left="-567" w:right="-432"/>
        <w:jc w:val="center"/>
        <w:rPr>
          <w:rFonts w:ascii="Trebuchet MS" w:hAnsi="Trebuchet MS"/>
          <w:sz w:val="20"/>
          <w:szCs w:val="20"/>
          <w:lang w:val="it-IT"/>
        </w:rPr>
      </w:pPr>
      <w:r w:rsidRPr="00470050">
        <w:rPr>
          <w:rFonts w:ascii="Trebuchet MS" w:hAnsi="Trebuchet MS"/>
          <w:sz w:val="20"/>
          <w:szCs w:val="20"/>
          <w:lang w:val="it-IT"/>
        </w:rPr>
        <w:t>DICHIARA</w:t>
      </w:r>
    </w:p>
    <w:p w14:paraId="208AC301" w14:textId="700B5E69" w:rsidR="00470050" w:rsidRPr="00470050" w:rsidRDefault="00470050" w:rsidP="007417DA">
      <w:pPr>
        <w:ind w:left="-567" w:right="-432"/>
        <w:rPr>
          <w:rFonts w:ascii="Trebuchet MS" w:hAnsi="Trebuchet MS"/>
          <w:sz w:val="20"/>
          <w:szCs w:val="20"/>
          <w:lang w:val="it-IT"/>
        </w:rPr>
      </w:pPr>
      <w:r w:rsidRPr="00470050">
        <w:rPr>
          <w:rFonts w:ascii="Trebuchet MS" w:hAnsi="Trebuchet MS"/>
          <w:sz w:val="20"/>
          <w:szCs w:val="20"/>
          <w:lang w:val="it-IT"/>
        </w:rPr>
        <w:t>ai sensi degli artt. 46 e 47 del medesimo D.P.R. n. 445/2000,</w:t>
      </w:r>
      <w:r w:rsidR="007417DA">
        <w:rPr>
          <w:rFonts w:ascii="Trebuchet MS" w:hAnsi="Trebuchet MS"/>
          <w:sz w:val="20"/>
          <w:szCs w:val="20"/>
          <w:lang w:val="it-IT"/>
        </w:rPr>
        <w:t xml:space="preserve"> </w:t>
      </w:r>
      <w:r w:rsidRPr="00470050">
        <w:rPr>
          <w:rFonts w:ascii="Trebuchet MS" w:hAnsi="Trebuchet MS"/>
          <w:sz w:val="20"/>
          <w:szCs w:val="20"/>
          <w:lang w:val="it-IT"/>
        </w:rPr>
        <w:t>di destinare la quota di contributo del Fondo Sociale Regionale 202</w:t>
      </w:r>
      <w:r w:rsidR="007417DA">
        <w:rPr>
          <w:rFonts w:ascii="Trebuchet MS" w:hAnsi="Trebuchet MS"/>
          <w:sz w:val="20"/>
          <w:szCs w:val="20"/>
          <w:lang w:val="it-IT"/>
        </w:rPr>
        <w:t>6</w:t>
      </w:r>
      <w:r w:rsidRPr="00470050">
        <w:rPr>
          <w:rFonts w:ascii="Trebuchet MS" w:hAnsi="Trebuchet MS"/>
          <w:sz w:val="20"/>
          <w:szCs w:val="20"/>
          <w:lang w:val="it-IT"/>
        </w:rPr>
        <w:t xml:space="preserve"> percepita al fine di ridurre/contenere le rette ed i costi a carico degli utenti, delle famiglie e dei Comuni.</w:t>
      </w:r>
    </w:p>
    <w:p w14:paraId="0667B5F0" w14:textId="77777777" w:rsidR="00470050" w:rsidRPr="00470050" w:rsidRDefault="00470050" w:rsidP="00470050">
      <w:pPr>
        <w:ind w:left="-567" w:right="-432"/>
        <w:jc w:val="both"/>
        <w:rPr>
          <w:rFonts w:ascii="Trebuchet MS" w:hAnsi="Trebuchet MS"/>
          <w:sz w:val="20"/>
          <w:szCs w:val="20"/>
          <w:lang w:val="it-IT"/>
        </w:rPr>
      </w:pPr>
      <w:r w:rsidRPr="00470050">
        <w:rPr>
          <w:rFonts w:ascii="Trebuchet MS" w:hAnsi="Trebuchet MS"/>
          <w:sz w:val="20"/>
          <w:szCs w:val="20"/>
          <w:lang w:val="it-IT"/>
        </w:rPr>
        <w:t>_____________, _______________</w:t>
      </w:r>
    </w:p>
    <w:p w14:paraId="53BB70FB" w14:textId="77777777" w:rsidR="00470050" w:rsidRPr="00470050" w:rsidRDefault="00470050" w:rsidP="00470050">
      <w:pPr>
        <w:ind w:left="-567" w:right="-432"/>
        <w:jc w:val="both"/>
        <w:rPr>
          <w:rFonts w:ascii="Trebuchet MS" w:hAnsi="Trebuchet MS"/>
          <w:sz w:val="20"/>
          <w:szCs w:val="20"/>
          <w:lang w:val="it-IT"/>
        </w:rPr>
      </w:pPr>
      <w:r w:rsidRPr="00470050">
        <w:rPr>
          <w:rFonts w:ascii="Trebuchet MS" w:hAnsi="Trebuchet MS"/>
          <w:sz w:val="20"/>
          <w:szCs w:val="20"/>
          <w:lang w:val="it-IT"/>
        </w:rPr>
        <w:t>(Luogo) (data)</w:t>
      </w:r>
    </w:p>
    <w:p w14:paraId="58EA413F" w14:textId="77777777" w:rsidR="00470050" w:rsidRPr="00470050" w:rsidRDefault="00470050" w:rsidP="009108F8">
      <w:pPr>
        <w:ind w:left="-567" w:right="-432"/>
        <w:jc w:val="right"/>
        <w:rPr>
          <w:rFonts w:ascii="Trebuchet MS" w:hAnsi="Trebuchet MS"/>
          <w:sz w:val="20"/>
          <w:szCs w:val="20"/>
          <w:lang w:val="it-IT"/>
        </w:rPr>
      </w:pPr>
      <w:r w:rsidRPr="00470050">
        <w:rPr>
          <w:rFonts w:ascii="Trebuchet MS" w:hAnsi="Trebuchet MS"/>
          <w:sz w:val="20"/>
          <w:szCs w:val="20"/>
          <w:lang w:val="it-IT"/>
        </w:rPr>
        <w:t>___________________________________</w:t>
      </w:r>
    </w:p>
    <w:p w14:paraId="2DD5F597" w14:textId="0E561080" w:rsidR="00470050" w:rsidRPr="00470050" w:rsidRDefault="009108F8" w:rsidP="009108F8">
      <w:pPr>
        <w:ind w:left="-567" w:right="-432"/>
        <w:jc w:val="right"/>
        <w:rPr>
          <w:rFonts w:ascii="Trebuchet MS" w:hAnsi="Trebuchet MS"/>
          <w:sz w:val="20"/>
          <w:szCs w:val="20"/>
          <w:lang w:val="it-IT"/>
        </w:rPr>
      </w:pPr>
      <w:r>
        <w:rPr>
          <w:rFonts w:ascii="Trebuchet MS" w:hAnsi="Trebuchet MS"/>
          <w:sz w:val="20"/>
          <w:szCs w:val="20"/>
          <w:lang w:val="it-IT"/>
        </w:rPr>
        <w:t>F</w:t>
      </w:r>
      <w:r w:rsidR="00470050" w:rsidRPr="00470050">
        <w:rPr>
          <w:rFonts w:ascii="Trebuchet MS" w:hAnsi="Trebuchet MS"/>
          <w:sz w:val="20"/>
          <w:szCs w:val="20"/>
          <w:lang w:val="it-IT"/>
        </w:rPr>
        <w:t>irma del titolare/</w:t>
      </w:r>
      <w:r>
        <w:rPr>
          <w:rFonts w:ascii="Trebuchet MS" w:hAnsi="Trebuchet MS"/>
          <w:sz w:val="20"/>
          <w:szCs w:val="20"/>
          <w:lang w:val="it-IT"/>
        </w:rPr>
        <w:t>R</w:t>
      </w:r>
      <w:r w:rsidR="00470050" w:rsidRPr="00470050">
        <w:rPr>
          <w:rFonts w:ascii="Trebuchet MS" w:hAnsi="Trebuchet MS"/>
          <w:sz w:val="20"/>
          <w:szCs w:val="20"/>
          <w:lang w:val="it-IT"/>
        </w:rPr>
        <w:t>appresentante legale</w:t>
      </w:r>
    </w:p>
    <w:p w14:paraId="5D0803F4" w14:textId="77777777" w:rsidR="00335BE8" w:rsidRPr="004F3256" w:rsidRDefault="00335BE8" w:rsidP="00470050">
      <w:pPr>
        <w:ind w:left="-567" w:right="-432"/>
        <w:jc w:val="both"/>
        <w:rPr>
          <w:rFonts w:ascii="Trebuchet MS" w:hAnsi="Trebuchet MS"/>
          <w:sz w:val="20"/>
          <w:szCs w:val="20"/>
        </w:rPr>
      </w:pPr>
    </w:p>
    <w:sectPr w:rsidR="00335BE8" w:rsidRPr="004F3256" w:rsidSect="00FF14C3">
      <w:headerReference w:type="default" r:id="rId11"/>
      <w:footerReference w:type="default" r:id="rId12"/>
      <w:pgSz w:w="12240" w:h="15840"/>
      <w:pgMar w:top="1440" w:right="1800" w:bottom="1440" w:left="1800" w:header="720" w:footer="2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104B0" w14:textId="77777777" w:rsidR="00C77669" w:rsidRDefault="00C77669" w:rsidP="00C47A57">
      <w:pPr>
        <w:spacing w:after="0" w:line="240" w:lineRule="auto"/>
      </w:pPr>
      <w:r>
        <w:separator/>
      </w:r>
    </w:p>
  </w:endnote>
  <w:endnote w:type="continuationSeparator" w:id="0">
    <w:p w14:paraId="42212B01" w14:textId="77777777" w:rsidR="00C77669" w:rsidRDefault="00C77669" w:rsidP="00C47A57">
      <w:pPr>
        <w:spacing w:after="0" w:line="240" w:lineRule="auto"/>
      </w:pPr>
      <w:r>
        <w:continuationSeparator/>
      </w:r>
    </w:p>
  </w:endnote>
  <w:endnote w:type="continuationNotice" w:id="1">
    <w:p w14:paraId="7D62FB7F" w14:textId="77777777" w:rsidR="00421251" w:rsidRDefault="004212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29593" w14:textId="77777777" w:rsidR="00FF14C3" w:rsidRPr="00AB796D" w:rsidRDefault="00FF14C3" w:rsidP="00FF14C3">
    <w:pPr>
      <w:pStyle w:val="Pidipagina"/>
      <w:ind w:left="1701"/>
      <w:rPr>
        <w:rFonts w:ascii="Trebuchet MS" w:hAnsi="Trebuchet MS"/>
        <w:b/>
        <w:sz w:val="14"/>
        <w:szCs w:val="18"/>
      </w:rPr>
    </w:pPr>
    <w:r w:rsidRPr="00AB796D">
      <w:rPr>
        <w:rFonts w:ascii="Trebuchet MS" w:hAnsi="Trebuchet MS"/>
        <w:b/>
        <w:noProof/>
        <w:sz w:val="14"/>
        <w:szCs w:val="18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B4EC5B6" wp14:editId="2803B0F5">
              <wp:simplePos x="0" y="0"/>
              <wp:positionH relativeFrom="column">
                <wp:posOffset>830580</wp:posOffset>
              </wp:positionH>
              <wp:positionV relativeFrom="paragraph">
                <wp:posOffset>12700</wp:posOffset>
              </wp:positionV>
              <wp:extent cx="0" cy="723900"/>
              <wp:effectExtent l="0" t="0" r="38100" b="19050"/>
              <wp:wrapNone/>
              <wp:docPr id="130713833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7239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215788" id="Line 2" o:spid="_x0000_s1026" style="position:absolute;flip:x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4pt,1pt" to="65.4pt,5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"/>
          </w:pict>
        </mc:Fallback>
      </mc:AlternateContent>
    </w:r>
    <w:r w:rsidRPr="00AB796D">
      <w:rPr>
        <w:noProof/>
        <w:sz w:val="18"/>
        <w:szCs w:val="18"/>
      </w:rPr>
      <w:drawing>
        <wp:anchor distT="0" distB="0" distL="114300" distR="114300" simplePos="0" relativeHeight="251658241" behindDoc="0" locked="0" layoutInCell="1" allowOverlap="1" wp14:anchorId="30A878AD" wp14:editId="4A2A5E3D">
          <wp:simplePos x="0" y="0"/>
          <wp:positionH relativeFrom="column">
            <wp:posOffset>-365760</wp:posOffset>
          </wp:positionH>
          <wp:positionV relativeFrom="paragraph">
            <wp:posOffset>7620</wp:posOffset>
          </wp:positionV>
          <wp:extent cx="1120140" cy="798386"/>
          <wp:effectExtent l="0" t="0" r="3810" b="1905"/>
          <wp:wrapNone/>
          <wp:docPr id="2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0140" cy="798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AB796D">
      <w:rPr>
        <w:rFonts w:ascii="Trebuchet MS" w:hAnsi="Trebuchet MS"/>
        <w:b/>
        <w:sz w:val="14"/>
        <w:szCs w:val="18"/>
      </w:rPr>
      <w:t>Ufficio</w:t>
    </w:r>
    <w:proofErr w:type="spellEnd"/>
    <w:r w:rsidRPr="00AB796D">
      <w:rPr>
        <w:rFonts w:ascii="Trebuchet MS" w:hAnsi="Trebuchet MS"/>
        <w:b/>
        <w:sz w:val="14"/>
        <w:szCs w:val="18"/>
      </w:rPr>
      <w:t xml:space="preserve"> di Piano</w:t>
    </w:r>
  </w:p>
  <w:p w14:paraId="7D81108D" w14:textId="77777777" w:rsidR="00FF14C3" w:rsidRPr="00AB796D" w:rsidRDefault="00FF14C3" w:rsidP="00FF14C3">
    <w:pPr>
      <w:pStyle w:val="Pidipagina"/>
      <w:ind w:left="1701"/>
      <w:rPr>
        <w:rFonts w:ascii="Trebuchet MS" w:hAnsi="Trebuchet MS"/>
        <w:b/>
        <w:sz w:val="14"/>
        <w:szCs w:val="18"/>
      </w:rPr>
    </w:pPr>
    <w:proofErr w:type="spellStart"/>
    <w:r w:rsidRPr="00AB796D">
      <w:rPr>
        <w:rFonts w:ascii="Trebuchet MS" w:hAnsi="Trebuchet MS"/>
        <w:b/>
        <w:sz w:val="14"/>
        <w:szCs w:val="18"/>
      </w:rPr>
      <w:t>Comuni</w:t>
    </w:r>
    <w:proofErr w:type="spellEnd"/>
    <w:r w:rsidRPr="00AB796D">
      <w:rPr>
        <w:rFonts w:ascii="Trebuchet MS" w:hAnsi="Trebuchet MS"/>
        <w:b/>
        <w:sz w:val="14"/>
        <w:szCs w:val="18"/>
      </w:rPr>
      <w:t xml:space="preserve"> di </w:t>
    </w:r>
    <w:proofErr w:type="spellStart"/>
    <w:r w:rsidRPr="00AB796D">
      <w:rPr>
        <w:rFonts w:ascii="Trebuchet MS" w:hAnsi="Trebuchet MS"/>
        <w:b/>
        <w:sz w:val="14"/>
        <w:szCs w:val="18"/>
      </w:rPr>
      <w:t>Brugherio</w:t>
    </w:r>
    <w:proofErr w:type="spellEnd"/>
    <w:r w:rsidRPr="00AB796D">
      <w:rPr>
        <w:rFonts w:ascii="Trebuchet MS" w:hAnsi="Trebuchet MS"/>
        <w:b/>
        <w:sz w:val="14"/>
        <w:szCs w:val="18"/>
      </w:rPr>
      <w:t xml:space="preserve">, Monza e </w:t>
    </w:r>
    <w:proofErr w:type="spellStart"/>
    <w:r w:rsidRPr="00AB796D">
      <w:rPr>
        <w:rFonts w:ascii="Trebuchet MS" w:hAnsi="Trebuchet MS"/>
        <w:b/>
        <w:sz w:val="14"/>
        <w:szCs w:val="18"/>
      </w:rPr>
      <w:t>Villasanta</w:t>
    </w:r>
    <w:proofErr w:type="spellEnd"/>
  </w:p>
  <w:p w14:paraId="5B64DD7E" w14:textId="77777777" w:rsidR="00FF14C3" w:rsidRPr="00AB796D" w:rsidRDefault="00FF14C3" w:rsidP="00FF14C3">
    <w:pPr>
      <w:pStyle w:val="Pidipagina"/>
      <w:ind w:left="1701"/>
      <w:rPr>
        <w:rFonts w:ascii="Trebuchet MS" w:hAnsi="Trebuchet MS"/>
        <w:sz w:val="14"/>
        <w:szCs w:val="18"/>
      </w:rPr>
    </w:pPr>
    <w:r w:rsidRPr="00AB796D">
      <w:rPr>
        <w:rFonts w:ascii="Trebuchet MS" w:hAnsi="Trebuchet MS"/>
        <w:sz w:val="14"/>
        <w:szCs w:val="18"/>
      </w:rPr>
      <w:t xml:space="preserve">Via </w:t>
    </w:r>
    <w:proofErr w:type="spellStart"/>
    <w:r w:rsidRPr="00AB796D">
      <w:rPr>
        <w:rFonts w:ascii="Trebuchet MS" w:hAnsi="Trebuchet MS"/>
        <w:sz w:val="14"/>
        <w:szCs w:val="18"/>
      </w:rPr>
      <w:t>Casati</w:t>
    </w:r>
    <w:proofErr w:type="spellEnd"/>
    <w:r w:rsidRPr="00AB796D">
      <w:rPr>
        <w:rFonts w:ascii="Trebuchet MS" w:hAnsi="Trebuchet MS"/>
        <w:sz w:val="14"/>
        <w:szCs w:val="18"/>
      </w:rPr>
      <w:t xml:space="preserve"> 19 | 20900 Monza | Tel. 039.2372074/20</w:t>
    </w:r>
    <w:r>
      <w:rPr>
        <w:rFonts w:ascii="Trebuchet MS" w:hAnsi="Trebuchet MS"/>
        <w:sz w:val="14"/>
        <w:szCs w:val="18"/>
      </w:rPr>
      <w:t>20</w:t>
    </w:r>
  </w:p>
  <w:p w14:paraId="479216BF" w14:textId="77777777" w:rsidR="00FF14C3" w:rsidRPr="00AB796D" w:rsidRDefault="00FF14C3" w:rsidP="00FF14C3">
    <w:pPr>
      <w:pStyle w:val="Pidipagina"/>
      <w:ind w:left="1701"/>
      <w:rPr>
        <w:rFonts w:ascii="Trebuchet MS" w:hAnsi="Trebuchet MS"/>
        <w:sz w:val="14"/>
        <w:szCs w:val="18"/>
      </w:rPr>
    </w:pPr>
    <w:r w:rsidRPr="00AB796D">
      <w:rPr>
        <w:rFonts w:ascii="Trebuchet MS" w:hAnsi="Trebuchet MS"/>
        <w:sz w:val="14"/>
        <w:szCs w:val="18"/>
      </w:rPr>
      <w:t xml:space="preserve">Email </w:t>
    </w:r>
    <w:hyperlink r:id="rId2" w:history="1">
      <w:r w:rsidRPr="00AB796D">
        <w:rPr>
          <w:rStyle w:val="Collegamentoipertestuale"/>
          <w:rFonts w:ascii="Trebuchet MS" w:hAnsi="Trebuchet MS"/>
          <w:sz w:val="14"/>
          <w:szCs w:val="18"/>
        </w:rPr>
        <w:t>ufficiodipiano@ambitodimonza.it</w:t>
      </w:r>
    </w:hyperlink>
  </w:p>
  <w:p w14:paraId="4A7F6D69" w14:textId="77777777" w:rsidR="00FF14C3" w:rsidRPr="00AB796D" w:rsidRDefault="00FF14C3" w:rsidP="00FF14C3">
    <w:pPr>
      <w:pStyle w:val="Pidipagina"/>
      <w:ind w:left="1701"/>
      <w:rPr>
        <w:rFonts w:ascii="Trebuchet MS" w:hAnsi="Trebuchet MS"/>
        <w:sz w:val="14"/>
        <w:szCs w:val="18"/>
      </w:rPr>
    </w:pPr>
  </w:p>
  <w:p w14:paraId="15952EB0" w14:textId="77777777" w:rsidR="00FF14C3" w:rsidRPr="00AB796D" w:rsidRDefault="00FF14C3" w:rsidP="00FF14C3">
    <w:pPr>
      <w:pStyle w:val="Pidipagina"/>
      <w:ind w:left="1701"/>
      <w:rPr>
        <w:rFonts w:ascii="Trebuchet MS" w:hAnsi="Trebuchet MS"/>
        <w:sz w:val="14"/>
        <w:szCs w:val="18"/>
      </w:rPr>
    </w:pPr>
    <w:proofErr w:type="spellStart"/>
    <w:r w:rsidRPr="00AB796D">
      <w:rPr>
        <w:rFonts w:ascii="Trebuchet MS" w:hAnsi="Trebuchet MS"/>
        <w:sz w:val="14"/>
        <w:szCs w:val="18"/>
      </w:rPr>
      <w:t>Sede</w:t>
    </w:r>
    <w:proofErr w:type="spellEnd"/>
    <w:r w:rsidRPr="00AB796D">
      <w:rPr>
        <w:rFonts w:ascii="Trebuchet MS" w:hAnsi="Trebuchet MS"/>
        <w:sz w:val="14"/>
        <w:szCs w:val="18"/>
      </w:rPr>
      <w:t xml:space="preserve"> </w:t>
    </w:r>
    <w:proofErr w:type="spellStart"/>
    <w:r w:rsidRPr="00AB796D">
      <w:rPr>
        <w:rFonts w:ascii="Trebuchet MS" w:hAnsi="Trebuchet MS"/>
        <w:sz w:val="14"/>
        <w:szCs w:val="18"/>
      </w:rPr>
      <w:t>Municipale</w:t>
    </w:r>
    <w:proofErr w:type="spellEnd"/>
    <w:r w:rsidRPr="00AB796D">
      <w:rPr>
        <w:rFonts w:ascii="Trebuchet MS" w:hAnsi="Trebuchet MS"/>
        <w:sz w:val="14"/>
        <w:szCs w:val="18"/>
      </w:rPr>
      <w:t xml:space="preserve">: Piazza Trento e Trieste | 20900 Monza | Tel. +39.039.2372.1 </w:t>
    </w:r>
  </w:p>
  <w:p w14:paraId="172CCBBD" w14:textId="77777777" w:rsidR="00FF14C3" w:rsidRPr="00AB796D" w:rsidRDefault="00FF14C3" w:rsidP="00FF14C3">
    <w:pPr>
      <w:pStyle w:val="Pidipagina"/>
      <w:tabs>
        <w:tab w:val="left" w:pos="1418"/>
      </w:tabs>
      <w:ind w:left="1701"/>
      <w:rPr>
        <w:rFonts w:ascii="Trebuchet MS" w:hAnsi="Trebuchet MS"/>
        <w:sz w:val="14"/>
        <w:szCs w:val="18"/>
      </w:rPr>
    </w:pPr>
    <w:r w:rsidRPr="00AB796D">
      <w:rPr>
        <w:rFonts w:ascii="Trebuchet MS" w:hAnsi="Trebuchet MS"/>
        <w:sz w:val="14"/>
        <w:szCs w:val="18"/>
      </w:rPr>
      <w:t xml:space="preserve">Email protocollo@comune.monza.it | Posta </w:t>
    </w:r>
    <w:proofErr w:type="spellStart"/>
    <w:r w:rsidRPr="00AB796D">
      <w:rPr>
        <w:rFonts w:ascii="Trebuchet MS" w:hAnsi="Trebuchet MS"/>
        <w:sz w:val="14"/>
        <w:szCs w:val="18"/>
      </w:rPr>
      <w:t>certificata</w:t>
    </w:r>
    <w:proofErr w:type="spellEnd"/>
    <w:r w:rsidRPr="00AB796D">
      <w:rPr>
        <w:rFonts w:ascii="Trebuchet MS" w:hAnsi="Trebuchet MS"/>
        <w:sz w:val="14"/>
        <w:szCs w:val="18"/>
      </w:rPr>
      <w:t xml:space="preserve"> monza@pec.comune.monza.it</w:t>
    </w:r>
  </w:p>
  <w:p w14:paraId="2C90D52C" w14:textId="77777777" w:rsidR="00FF14C3" w:rsidRPr="00AB796D" w:rsidRDefault="00FF14C3" w:rsidP="00FF14C3">
    <w:pPr>
      <w:pStyle w:val="Pidipagina"/>
      <w:tabs>
        <w:tab w:val="left" w:pos="1418"/>
      </w:tabs>
      <w:ind w:left="1701"/>
      <w:rPr>
        <w:sz w:val="18"/>
        <w:szCs w:val="18"/>
      </w:rPr>
    </w:pPr>
    <w:proofErr w:type="spellStart"/>
    <w:r w:rsidRPr="00AB796D">
      <w:rPr>
        <w:rFonts w:ascii="Trebuchet MS" w:hAnsi="Trebuchet MS"/>
        <w:sz w:val="14"/>
        <w:szCs w:val="18"/>
      </w:rPr>
      <w:t>Codice</w:t>
    </w:r>
    <w:proofErr w:type="spellEnd"/>
    <w:r w:rsidRPr="00AB796D">
      <w:rPr>
        <w:rFonts w:ascii="Trebuchet MS" w:hAnsi="Trebuchet MS"/>
        <w:sz w:val="14"/>
        <w:szCs w:val="18"/>
      </w:rPr>
      <w:t xml:space="preserve"> </w:t>
    </w:r>
    <w:proofErr w:type="spellStart"/>
    <w:r w:rsidRPr="00AB796D">
      <w:rPr>
        <w:rFonts w:ascii="Trebuchet MS" w:hAnsi="Trebuchet MS"/>
        <w:sz w:val="14"/>
        <w:szCs w:val="18"/>
      </w:rPr>
      <w:t>Fiscale</w:t>
    </w:r>
    <w:proofErr w:type="spellEnd"/>
    <w:r w:rsidRPr="00AB796D">
      <w:rPr>
        <w:rFonts w:ascii="Trebuchet MS" w:hAnsi="Trebuchet MS"/>
        <w:sz w:val="14"/>
        <w:szCs w:val="18"/>
      </w:rPr>
      <w:t xml:space="preserve"> 02030880153 | Partita IVA 00728830969</w:t>
    </w:r>
  </w:p>
  <w:p w14:paraId="05A8BCE0" w14:textId="77777777" w:rsidR="00C47A57" w:rsidRDefault="00C47A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446D0" w14:textId="77777777" w:rsidR="00C77669" w:rsidRDefault="00C77669" w:rsidP="00C47A57">
      <w:pPr>
        <w:spacing w:after="0" w:line="240" w:lineRule="auto"/>
      </w:pPr>
      <w:r>
        <w:separator/>
      </w:r>
    </w:p>
  </w:footnote>
  <w:footnote w:type="continuationSeparator" w:id="0">
    <w:p w14:paraId="18EE4F7B" w14:textId="77777777" w:rsidR="00C77669" w:rsidRDefault="00C77669" w:rsidP="00C47A57">
      <w:pPr>
        <w:spacing w:after="0" w:line="240" w:lineRule="auto"/>
      </w:pPr>
      <w:r>
        <w:continuationSeparator/>
      </w:r>
    </w:p>
  </w:footnote>
  <w:footnote w:type="continuationNotice" w:id="1">
    <w:p w14:paraId="6BC6AEB3" w14:textId="77777777" w:rsidR="00421251" w:rsidRDefault="004212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5F2FF" w14:textId="6758C5CF" w:rsidR="00C47A57" w:rsidRDefault="00C47A57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3A98F22" wp14:editId="2A385B0B">
          <wp:simplePos x="0" y="0"/>
          <wp:positionH relativeFrom="column">
            <wp:posOffset>-609600</wp:posOffset>
          </wp:positionH>
          <wp:positionV relativeFrom="paragraph">
            <wp:posOffset>-209550</wp:posOffset>
          </wp:positionV>
          <wp:extent cx="940799" cy="670560"/>
          <wp:effectExtent l="0" t="0" r="0" b="0"/>
          <wp:wrapNone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0799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717EBB"/>
    <w:multiLevelType w:val="hybridMultilevel"/>
    <w:tmpl w:val="A3F6AC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0963230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74545B98"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464453"/>
    <w:multiLevelType w:val="hybridMultilevel"/>
    <w:tmpl w:val="B6DE123A"/>
    <w:lvl w:ilvl="0" w:tplc="04860776">
      <w:numFmt w:val="bullet"/>
      <w:lvlText w:val=""/>
      <w:lvlJc w:val="left"/>
      <w:pPr>
        <w:ind w:left="-207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1" w15:restartNumberingAfterBreak="0">
    <w:nsid w:val="510C0D30"/>
    <w:multiLevelType w:val="hybridMultilevel"/>
    <w:tmpl w:val="4110636E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E16594F"/>
    <w:multiLevelType w:val="hybridMultilevel"/>
    <w:tmpl w:val="C504C136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95AD242">
      <w:start w:val="1"/>
      <w:numFmt w:val="bullet"/>
      <w:lvlText w:val="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FBB0530"/>
    <w:multiLevelType w:val="hybridMultilevel"/>
    <w:tmpl w:val="666A826C"/>
    <w:lvl w:ilvl="0" w:tplc="295AD242">
      <w:start w:val="1"/>
      <w:numFmt w:val="bullet"/>
      <w:lvlText w:val=""/>
      <w:lvlJc w:val="left"/>
      <w:pPr>
        <w:ind w:left="1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3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3BAA"/>
    <w:rsid w:val="0015074B"/>
    <w:rsid w:val="001C07CB"/>
    <w:rsid w:val="002057EC"/>
    <w:rsid w:val="0024670D"/>
    <w:rsid w:val="002501ED"/>
    <w:rsid w:val="0029639D"/>
    <w:rsid w:val="00326F90"/>
    <w:rsid w:val="00335BE8"/>
    <w:rsid w:val="00342063"/>
    <w:rsid w:val="00380A74"/>
    <w:rsid w:val="00421251"/>
    <w:rsid w:val="00470050"/>
    <w:rsid w:val="00470CD2"/>
    <w:rsid w:val="004C5D42"/>
    <w:rsid w:val="004F3256"/>
    <w:rsid w:val="00523B1E"/>
    <w:rsid w:val="006438A3"/>
    <w:rsid w:val="006534DA"/>
    <w:rsid w:val="007417DA"/>
    <w:rsid w:val="00790732"/>
    <w:rsid w:val="007F75DC"/>
    <w:rsid w:val="00817A5C"/>
    <w:rsid w:val="009108F8"/>
    <w:rsid w:val="00994123"/>
    <w:rsid w:val="00AA1D8D"/>
    <w:rsid w:val="00B23A8E"/>
    <w:rsid w:val="00B47730"/>
    <w:rsid w:val="00B61DC4"/>
    <w:rsid w:val="00BC36C8"/>
    <w:rsid w:val="00C47A57"/>
    <w:rsid w:val="00C67DDC"/>
    <w:rsid w:val="00C77669"/>
    <w:rsid w:val="00CB0664"/>
    <w:rsid w:val="00CB66AC"/>
    <w:rsid w:val="00D04DBD"/>
    <w:rsid w:val="00D359FC"/>
    <w:rsid w:val="00F86826"/>
    <w:rsid w:val="00FB08F9"/>
    <w:rsid w:val="00FC693F"/>
    <w:rsid w:val="00FF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4062061"/>
  <w14:defaultImageDpi w14:val="300"/>
  <w15:docId w15:val="{4B93495E-3253-4442-94C6-B7C6A9604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rsid w:val="00FF14C3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4C5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Indirizzodestinatario">
    <w:name w:val="envelope address"/>
    <w:basedOn w:val="Normale"/>
    <w:rsid w:val="0024670D"/>
    <w:pPr>
      <w:suppressAutoHyphens/>
      <w:spacing w:after="0" w:line="240" w:lineRule="auto"/>
      <w:ind w:left="5670" w:right="567"/>
    </w:pPr>
    <w:rPr>
      <w:rFonts w:ascii="Trebuchet MS" w:eastAsia="Times" w:hAnsi="Trebuchet MS" w:cs="Times New Roman"/>
      <w:b/>
      <w:szCs w:val="20"/>
      <w:lang w:val="it-I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dipiano@ambitodimonza.it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4B8C63F882034DAC9A4FE4E03DD696" ma:contentTypeVersion="20" ma:contentTypeDescription="Creare un nuovo documento." ma:contentTypeScope="" ma:versionID="0950e5b207f33aebaafff359e4e98d28">
  <xsd:schema xmlns:xsd="http://www.w3.org/2001/XMLSchema" xmlns:xs="http://www.w3.org/2001/XMLSchema" xmlns:p="http://schemas.microsoft.com/office/2006/metadata/properties" xmlns:ns2="f53619cc-f396-4fcd-a92c-f5cda1e4b090" xmlns:ns3="b485582e-1b07-4ac8-b0b7-6d2ee3e1371e" targetNamespace="http://schemas.microsoft.com/office/2006/metadata/properties" ma:root="true" ma:fieldsID="dc937063ae70c954e223ddb90ceb9730" ns2:_="" ns3:_="">
    <xsd:import namespace="f53619cc-f396-4fcd-a92c-f5cda1e4b090"/>
    <xsd:import namespace="b485582e-1b07-4ac8-b0b7-6d2ee3e13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3619cc-f396-4fcd-a92c-f5cda1e4b0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f2e0fe87-b971-4a6f-a1f8-4492634557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85582e-1b07-4ac8-b0b7-6d2ee3e13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3b0e608-16c7-4bbd-b72a-7ef561a587c7}" ma:internalName="TaxCatchAll" ma:showField="CatchAllData" ma:web="b485582e-1b07-4ac8-b0b7-6d2ee3e13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3619cc-f396-4fcd-a92c-f5cda1e4b090">
      <Terms xmlns="http://schemas.microsoft.com/office/infopath/2007/PartnerControls"/>
    </lcf76f155ced4ddcb4097134ff3c332f>
    <TaxCatchAll xmlns="b485582e-1b07-4ac8-b0b7-6d2ee3e1371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026473-0F13-4BCB-A479-4977CB57EC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3619cc-f396-4fcd-a92c-f5cda1e4b090"/>
    <ds:schemaRef ds:uri="b485582e-1b07-4ac8-b0b7-6d2ee3e13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6BAE90F-C2C2-496D-9F36-3C7281349BCD}">
  <ds:schemaRefs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b485582e-1b07-4ac8-b0b7-6d2ee3e1371e"/>
    <ds:schemaRef ds:uri="f53619cc-f396-4fcd-a92c-f5cda1e4b090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562B646-A7A6-4B55-B842-674B736A8E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Salvo Arianna</dc:creator>
  <cp:keywords/>
  <dc:description>generated by python-docx</dc:description>
  <cp:lastModifiedBy>Arianna</cp:lastModifiedBy>
  <cp:revision>32</cp:revision>
  <dcterms:created xsi:type="dcterms:W3CDTF">2026-08-20T10:33:00Z</dcterms:created>
  <dcterms:modified xsi:type="dcterms:W3CDTF">2026-08-24T15:21:00Z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0x010100E44B8C63F882034DAC9A4FE4E03DD696</vt:lpwstr>
  </property>
  <property fmtid="{D5CDD505-2E9C-101B-9397-08002B2CF9AE}" pid="3" name="MediaServiceImageTags">
    <vt:lpwstr/>
  </property>
</Properties>
</file>